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20C37E" w14:textId="77777777" w:rsidR="008211A7" w:rsidRDefault="008211A7">
      <w:pPr>
        <w:autoSpaceDE w:val="0"/>
        <w:autoSpaceDN w:val="0"/>
        <w:spacing w:after="78" w:line="220" w:lineRule="exact"/>
      </w:pPr>
    </w:p>
    <w:p w14:paraId="75F871A4" w14:textId="77777777" w:rsidR="008211A7" w:rsidRPr="005A53F7" w:rsidRDefault="00240B45">
      <w:pPr>
        <w:autoSpaceDE w:val="0"/>
        <w:autoSpaceDN w:val="0"/>
        <w:spacing w:after="0" w:line="230" w:lineRule="auto"/>
        <w:ind w:left="1494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МИНИСТЕРСТВО ПРОСВЕЩЕНИЯ РОССИЙСКОЙ ФЕДЕРАЦИИ</w:t>
      </w:r>
    </w:p>
    <w:p w14:paraId="7587A6E2" w14:textId="77777777" w:rsidR="0092459D" w:rsidRDefault="00240B45" w:rsidP="0092459D">
      <w:pPr>
        <w:autoSpaceDE w:val="0"/>
        <w:autoSpaceDN w:val="0"/>
        <w:spacing w:before="670" w:after="0" w:line="230" w:lineRule="auto"/>
        <w:ind w:left="2286"/>
        <w:rPr>
          <w:rFonts w:ascii="Times New Roman" w:eastAsia="Times New Roman" w:hAnsi="Times New Roman"/>
          <w:color w:val="000000"/>
          <w:sz w:val="24"/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Министерство образования и науки Республики Татарстан</w:t>
      </w:r>
    </w:p>
    <w:p w14:paraId="655A9366" w14:textId="24011ACC" w:rsidR="008211A7" w:rsidRDefault="006938C8" w:rsidP="0092459D">
      <w:pPr>
        <w:autoSpaceDE w:val="0"/>
        <w:autoSpaceDN w:val="0"/>
        <w:spacing w:before="670" w:after="0" w:line="230" w:lineRule="auto"/>
        <w:ind w:left="2286"/>
        <w:jc w:val="center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color w:val="000000"/>
          <w:sz w:val="24"/>
        </w:rPr>
        <w:t>МБОУ «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Набережно</w:t>
      </w:r>
      <w:proofErr w:type="spellEnd"/>
      <w:r>
        <w:rPr>
          <w:rFonts w:ascii="Times New Roman" w:eastAsia="Times New Roman" w:hAnsi="Times New Roman"/>
          <w:color w:val="000000"/>
          <w:sz w:val="24"/>
        </w:rPr>
        <w:t>-Морквашская СОШ</w:t>
      </w:r>
    </w:p>
    <w:p w14:paraId="596DD927" w14:textId="2BA682EF" w:rsidR="006938C8" w:rsidRDefault="006938C8" w:rsidP="006938C8">
      <w:pPr>
        <w:autoSpaceDE w:val="0"/>
        <w:autoSpaceDN w:val="0"/>
        <w:spacing w:before="978" w:after="0" w:line="262" w:lineRule="auto"/>
        <w:ind w:left="3744" w:right="3600" w:hanging="3460"/>
        <w:jc w:val="center"/>
        <w:rPr>
          <w:rFonts w:ascii="Times New Roman" w:eastAsia="Times New Roman" w:hAnsi="Times New Roman"/>
          <w:b/>
          <w:color w:val="000000"/>
          <w:sz w:val="24"/>
        </w:rPr>
      </w:pPr>
      <w:r>
        <w:rPr>
          <w:rFonts w:ascii="Times New Roman" w:eastAsia="Times New Roman" w:hAnsi="Times New Roman"/>
          <w:b/>
          <w:noProof/>
          <w:color w:val="000000"/>
          <w:sz w:val="24"/>
          <w:lang w:val="ru-RU" w:eastAsia="ru-RU"/>
        </w:rPr>
        <w:drawing>
          <wp:inline distT="0" distB="0" distL="0" distR="0" wp14:anchorId="3EEAB545" wp14:editId="5E35D85D">
            <wp:extent cx="6534150" cy="2124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107"/>
                    <a:stretch/>
                  </pic:blipFill>
                  <pic:spPr bwMode="auto">
                    <a:xfrm>
                      <a:off x="0" y="0"/>
                      <a:ext cx="653415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BCF681" w14:textId="77777777" w:rsidR="008211A7" w:rsidRPr="006938C8" w:rsidRDefault="00240B45">
      <w:pPr>
        <w:autoSpaceDE w:val="0"/>
        <w:autoSpaceDN w:val="0"/>
        <w:spacing w:before="978" w:after="0" w:line="262" w:lineRule="auto"/>
        <w:ind w:left="3744" w:right="3600"/>
        <w:jc w:val="center"/>
        <w:rPr>
          <w:lang w:val="ru-RU"/>
        </w:rPr>
      </w:pPr>
      <w:r w:rsidRPr="006938C8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РАБОЧАЯ ПРОГРАММА </w:t>
      </w:r>
      <w:r w:rsidRPr="006938C8">
        <w:rPr>
          <w:lang w:val="ru-RU"/>
        </w:rPr>
        <w:br/>
      </w:r>
      <w:r w:rsidRPr="006938C8">
        <w:rPr>
          <w:rFonts w:ascii="Times New Roman" w:eastAsia="Times New Roman" w:hAnsi="Times New Roman"/>
          <w:b/>
          <w:color w:val="000000"/>
          <w:sz w:val="24"/>
          <w:lang w:val="ru-RU"/>
        </w:rPr>
        <w:t>(</w:t>
      </w:r>
      <w:r>
        <w:rPr>
          <w:rFonts w:ascii="Times New Roman" w:eastAsia="Times New Roman" w:hAnsi="Times New Roman"/>
          <w:b/>
          <w:color w:val="000000"/>
          <w:sz w:val="24"/>
        </w:rPr>
        <w:t>ID</w:t>
      </w:r>
      <w:r w:rsidRPr="006938C8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3903523)</w:t>
      </w:r>
    </w:p>
    <w:p w14:paraId="0F49A0C9" w14:textId="77777777" w:rsidR="008211A7" w:rsidRPr="006938C8" w:rsidRDefault="00240B45">
      <w:pPr>
        <w:autoSpaceDE w:val="0"/>
        <w:autoSpaceDN w:val="0"/>
        <w:spacing w:before="166" w:after="0" w:line="262" w:lineRule="auto"/>
        <w:ind w:left="4320" w:right="3888"/>
        <w:jc w:val="center"/>
        <w:rPr>
          <w:lang w:val="ru-RU"/>
        </w:rPr>
      </w:pPr>
      <w:proofErr w:type="gramStart"/>
      <w:r w:rsidRPr="006938C8">
        <w:rPr>
          <w:rFonts w:ascii="Times New Roman" w:eastAsia="Times New Roman" w:hAnsi="Times New Roman"/>
          <w:color w:val="000000"/>
          <w:sz w:val="24"/>
          <w:lang w:val="ru-RU"/>
        </w:rPr>
        <w:t>учебного</w:t>
      </w:r>
      <w:proofErr w:type="gramEnd"/>
      <w:r w:rsidRPr="006938C8">
        <w:rPr>
          <w:rFonts w:ascii="Times New Roman" w:eastAsia="Times New Roman" w:hAnsi="Times New Roman"/>
          <w:color w:val="000000"/>
          <w:sz w:val="24"/>
          <w:lang w:val="ru-RU"/>
        </w:rPr>
        <w:t xml:space="preserve"> предмета</w:t>
      </w:r>
      <w:r w:rsidRPr="006938C8">
        <w:rPr>
          <w:lang w:val="ru-RU"/>
        </w:rPr>
        <w:br/>
      </w:r>
      <w:r w:rsidRPr="006938C8">
        <w:rPr>
          <w:rFonts w:ascii="Times New Roman" w:eastAsia="Times New Roman" w:hAnsi="Times New Roman"/>
          <w:color w:val="000000"/>
          <w:sz w:val="24"/>
          <w:lang w:val="ru-RU"/>
        </w:rPr>
        <w:t>«Технология»</w:t>
      </w:r>
    </w:p>
    <w:p w14:paraId="16AA047B" w14:textId="77777777" w:rsidR="008211A7" w:rsidRPr="005A53F7" w:rsidRDefault="00240B45">
      <w:pPr>
        <w:autoSpaceDE w:val="0"/>
        <w:autoSpaceDN w:val="0"/>
        <w:spacing w:before="670" w:after="0" w:line="262" w:lineRule="auto"/>
        <w:ind w:left="3024" w:right="2592"/>
        <w:jc w:val="center"/>
        <w:rPr>
          <w:lang w:val="ru-RU"/>
        </w:rPr>
      </w:pPr>
      <w:proofErr w:type="gramStart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для</w:t>
      </w:r>
      <w:proofErr w:type="gram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 5 класса основного общего образования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на 2022-2023  учебный год</w:t>
      </w:r>
    </w:p>
    <w:p w14:paraId="137E7BEC" w14:textId="77777777" w:rsidR="006938C8" w:rsidRDefault="006938C8" w:rsidP="006938C8">
      <w:pPr>
        <w:autoSpaceDE w:val="0"/>
        <w:autoSpaceDN w:val="0"/>
        <w:spacing w:before="240" w:after="0" w:line="262" w:lineRule="auto"/>
        <w:ind w:left="8222" w:hanging="3240"/>
        <w:jc w:val="right"/>
        <w:rPr>
          <w:rFonts w:ascii="Times New Roman" w:eastAsia="Times New Roman" w:hAnsi="Times New Roman"/>
          <w:color w:val="000000"/>
          <w:sz w:val="24"/>
          <w:lang w:val="ru-RU"/>
        </w:rPr>
      </w:pPr>
    </w:p>
    <w:p w14:paraId="7664D603" w14:textId="77777777" w:rsidR="006938C8" w:rsidRDefault="006938C8" w:rsidP="006938C8">
      <w:pPr>
        <w:autoSpaceDE w:val="0"/>
        <w:autoSpaceDN w:val="0"/>
        <w:spacing w:before="240" w:after="0" w:line="262" w:lineRule="auto"/>
        <w:ind w:left="8222" w:hanging="3240"/>
        <w:jc w:val="right"/>
        <w:rPr>
          <w:rFonts w:ascii="Times New Roman" w:eastAsia="Times New Roman" w:hAnsi="Times New Roman"/>
          <w:color w:val="000000"/>
          <w:sz w:val="24"/>
          <w:lang w:val="ru-RU"/>
        </w:rPr>
      </w:pPr>
    </w:p>
    <w:p w14:paraId="36A60729" w14:textId="7D2BB387" w:rsidR="006938C8" w:rsidRDefault="00240B45" w:rsidP="006938C8">
      <w:pPr>
        <w:autoSpaceDE w:val="0"/>
        <w:autoSpaceDN w:val="0"/>
        <w:spacing w:before="240" w:after="0" w:line="262" w:lineRule="auto"/>
        <w:ind w:left="8222" w:hanging="3240"/>
        <w:jc w:val="right"/>
        <w:rPr>
          <w:rFonts w:ascii="Times New Roman" w:eastAsia="Times New Roman" w:hAnsi="Times New Roman"/>
          <w:color w:val="000000"/>
          <w:sz w:val="24"/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Составитель: </w:t>
      </w:r>
      <w:proofErr w:type="spellStart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Русскова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 Е</w:t>
      </w:r>
      <w:r w:rsidR="0092459D">
        <w:rPr>
          <w:rFonts w:ascii="Times New Roman" w:eastAsia="Times New Roman" w:hAnsi="Times New Roman"/>
          <w:color w:val="000000"/>
          <w:sz w:val="24"/>
          <w:lang w:val="ru-RU"/>
        </w:rPr>
        <w:t>лена</w:t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 В</w:t>
      </w:r>
      <w:r w:rsidR="006938C8">
        <w:rPr>
          <w:rFonts w:ascii="Times New Roman" w:eastAsia="Times New Roman" w:hAnsi="Times New Roman"/>
          <w:color w:val="000000"/>
          <w:sz w:val="24"/>
          <w:lang w:val="ru-RU"/>
        </w:rPr>
        <w:t>ладимиров</w:t>
      </w:r>
      <w:r w:rsidR="0092459D">
        <w:rPr>
          <w:rFonts w:ascii="Times New Roman" w:eastAsia="Times New Roman" w:hAnsi="Times New Roman"/>
          <w:color w:val="000000"/>
          <w:sz w:val="24"/>
          <w:lang w:val="ru-RU"/>
        </w:rPr>
        <w:t>на</w:t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 </w:t>
      </w:r>
    </w:p>
    <w:p w14:paraId="137AA4C6" w14:textId="1A6D8996" w:rsidR="008211A7" w:rsidRDefault="00240B45" w:rsidP="006938C8">
      <w:pPr>
        <w:autoSpaceDE w:val="0"/>
        <w:autoSpaceDN w:val="0"/>
        <w:spacing w:before="240" w:after="0" w:line="262" w:lineRule="auto"/>
        <w:ind w:left="8222" w:hanging="3240"/>
        <w:jc w:val="center"/>
        <w:rPr>
          <w:rFonts w:ascii="Times New Roman" w:eastAsia="Times New Roman" w:hAnsi="Times New Roman"/>
          <w:color w:val="000000"/>
          <w:sz w:val="24"/>
          <w:lang w:val="ru-RU"/>
        </w:rPr>
      </w:pPr>
      <w:proofErr w:type="gramStart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учитель</w:t>
      </w:r>
      <w:proofErr w:type="gram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 технологии</w:t>
      </w:r>
    </w:p>
    <w:p w14:paraId="77440339" w14:textId="77777777" w:rsidR="006938C8" w:rsidRDefault="006938C8" w:rsidP="006938C8">
      <w:pPr>
        <w:autoSpaceDE w:val="0"/>
        <w:autoSpaceDN w:val="0"/>
        <w:spacing w:before="240" w:after="0" w:line="262" w:lineRule="auto"/>
        <w:ind w:left="8222" w:hanging="3240"/>
        <w:jc w:val="center"/>
        <w:rPr>
          <w:rFonts w:ascii="Times New Roman" w:eastAsia="Times New Roman" w:hAnsi="Times New Roman"/>
          <w:color w:val="000000"/>
          <w:sz w:val="24"/>
          <w:lang w:val="ru-RU"/>
        </w:rPr>
      </w:pPr>
    </w:p>
    <w:p w14:paraId="073CA9B5" w14:textId="7D2C6C20" w:rsidR="006938C8" w:rsidRDefault="006938C8" w:rsidP="006938C8">
      <w:pPr>
        <w:autoSpaceDE w:val="0"/>
        <w:autoSpaceDN w:val="0"/>
        <w:spacing w:before="240" w:after="0" w:line="262" w:lineRule="auto"/>
        <w:ind w:left="8222" w:hanging="4678"/>
        <w:rPr>
          <w:rFonts w:ascii="Times New Roman" w:eastAsia="Times New Roman" w:hAnsi="Times New Roman"/>
          <w:color w:val="000000"/>
          <w:sz w:val="24"/>
          <w:lang w:val="ru-RU"/>
        </w:rPr>
      </w:pPr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Село Набережные </w:t>
      </w:r>
      <w:proofErr w:type="spellStart"/>
      <w:r>
        <w:rPr>
          <w:rFonts w:ascii="Times New Roman" w:eastAsia="Times New Roman" w:hAnsi="Times New Roman"/>
          <w:color w:val="000000"/>
          <w:sz w:val="24"/>
          <w:lang w:val="ru-RU"/>
        </w:rPr>
        <w:t>Моркваши</w:t>
      </w:r>
      <w:proofErr w:type="spellEnd"/>
      <w:r>
        <w:rPr>
          <w:rFonts w:ascii="Times New Roman" w:eastAsia="Times New Roman" w:hAnsi="Times New Roman"/>
          <w:color w:val="000000"/>
          <w:sz w:val="24"/>
          <w:lang w:val="ru-RU"/>
        </w:rPr>
        <w:t xml:space="preserve"> 2022</w:t>
      </w:r>
      <w:bookmarkStart w:id="0" w:name="_GoBack"/>
      <w:bookmarkEnd w:id="0"/>
    </w:p>
    <w:p w14:paraId="6E6D9650" w14:textId="77777777" w:rsidR="006938C8" w:rsidRDefault="006938C8" w:rsidP="006938C8">
      <w:pPr>
        <w:autoSpaceDE w:val="0"/>
        <w:autoSpaceDN w:val="0"/>
        <w:spacing w:before="240" w:after="0" w:line="262" w:lineRule="auto"/>
        <w:ind w:left="8222" w:hanging="3240"/>
        <w:jc w:val="center"/>
        <w:rPr>
          <w:rFonts w:ascii="Times New Roman" w:eastAsia="Times New Roman" w:hAnsi="Times New Roman"/>
          <w:color w:val="000000"/>
          <w:sz w:val="24"/>
          <w:lang w:val="ru-RU"/>
        </w:rPr>
      </w:pPr>
    </w:p>
    <w:p w14:paraId="2C3D0B93" w14:textId="77777777" w:rsidR="006938C8" w:rsidRDefault="006938C8" w:rsidP="006938C8">
      <w:pPr>
        <w:autoSpaceDE w:val="0"/>
        <w:autoSpaceDN w:val="0"/>
        <w:spacing w:before="240" w:after="0" w:line="262" w:lineRule="auto"/>
        <w:ind w:left="8222" w:hanging="3240"/>
        <w:jc w:val="center"/>
        <w:rPr>
          <w:rFonts w:ascii="Times New Roman" w:eastAsia="Times New Roman" w:hAnsi="Times New Roman"/>
          <w:color w:val="000000"/>
          <w:sz w:val="24"/>
          <w:lang w:val="ru-RU"/>
        </w:rPr>
      </w:pPr>
    </w:p>
    <w:p w14:paraId="3CF1DB4C" w14:textId="77777777" w:rsidR="006938C8" w:rsidRDefault="006938C8" w:rsidP="006938C8">
      <w:pPr>
        <w:autoSpaceDE w:val="0"/>
        <w:autoSpaceDN w:val="0"/>
        <w:spacing w:before="240" w:after="0" w:line="262" w:lineRule="auto"/>
        <w:ind w:left="8222" w:hanging="3240"/>
        <w:jc w:val="center"/>
        <w:rPr>
          <w:rFonts w:ascii="Times New Roman" w:eastAsia="Times New Roman" w:hAnsi="Times New Roman"/>
          <w:color w:val="000000"/>
          <w:sz w:val="24"/>
          <w:lang w:val="ru-RU"/>
        </w:rPr>
      </w:pPr>
    </w:p>
    <w:p w14:paraId="2576C4BC" w14:textId="77777777" w:rsidR="006938C8" w:rsidRDefault="006938C8" w:rsidP="006938C8">
      <w:pPr>
        <w:autoSpaceDE w:val="0"/>
        <w:autoSpaceDN w:val="0"/>
        <w:spacing w:before="240" w:after="0" w:line="262" w:lineRule="auto"/>
        <w:ind w:left="8222" w:hanging="3240"/>
        <w:jc w:val="center"/>
        <w:rPr>
          <w:rFonts w:ascii="Times New Roman" w:eastAsia="Times New Roman" w:hAnsi="Times New Roman"/>
          <w:color w:val="000000"/>
          <w:sz w:val="24"/>
          <w:lang w:val="ru-RU"/>
        </w:rPr>
      </w:pPr>
    </w:p>
    <w:p w14:paraId="586616C5" w14:textId="77777777" w:rsidR="006938C8" w:rsidRDefault="006938C8" w:rsidP="006938C8">
      <w:pPr>
        <w:autoSpaceDE w:val="0"/>
        <w:autoSpaceDN w:val="0"/>
        <w:spacing w:before="240" w:after="0" w:line="262" w:lineRule="auto"/>
        <w:ind w:left="8222" w:hanging="3240"/>
        <w:jc w:val="center"/>
        <w:rPr>
          <w:rFonts w:ascii="Times New Roman" w:eastAsia="Times New Roman" w:hAnsi="Times New Roman"/>
          <w:color w:val="000000"/>
          <w:sz w:val="24"/>
          <w:lang w:val="ru-RU"/>
        </w:rPr>
      </w:pPr>
    </w:p>
    <w:p w14:paraId="0AE4EB98" w14:textId="77777777" w:rsidR="008211A7" w:rsidRPr="005A53F7" w:rsidRDefault="00240B45">
      <w:pPr>
        <w:autoSpaceDE w:val="0"/>
        <w:autoSpaceDN w:val="0"/>
        <w:spacing w:after="0" w:line="230" w:lineRule="auto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14:paraId="0B2ECA43" w14:textId="77777777" w:rsidR="008211A7" w:rsidRPr="005A53F7" w:rsidRDefault="00240B45">
      <w:pPr>
        <w:autoSpaceDE w:val="0"/>
        <w:autoSpaceDN w:val="0"/>
        <w:spacing w:before="346" w:after="0" w:line="230" w:lineRule="auto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НАУЧНЫЙ, ОБШЕКУЛЬТУРНЫЙ И ОБРАЗОВАТЕЛЬНЫЙ КОНТЕНТ ТЕХНОЛОГИИ </w:t>
      </w:r>
    </w:p>
    <w:p w14:paraId="1D122DFB" w14:textId="77777777" w:rsidR="008211A7" w:rsidRPr="005A53F7" w:rsidRDefault="00240B45">
      <w:pPr>
        <w:autoSpaceDE w:val="0"/>
        <w:autoSpaceDN w:val="0"/>
        <w:spacing w:before="310" w:after="0" w:line="271" w:lineRule="auto"/>
        <w:ind w:right="48" w:firstLine="180"/>
        <w:jc w:val="both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Фундаментальной задачей общего образования является освоение учащимися наиболее значимых аспектов реальности. К таким аспектам, несомненно, относится и преобразовательная деятельность человека.</w:t>
      </w:r>
    </w:p>
    <w:p w14:paraId="5D7AAE27" w14:textId="77777777" w:rsidR="008211A7" w:rsidRPr="005A53F7" w:rsidRDefault="00240B45">
      <w:pPr>
        <w:autoSpaceDE w:val="0"/>
        <w:autoSpaceDN w:val="0"/>
        <w:spacing w:before="310" w:after="0"/>
        <w:ind w:firstLine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Деятельность по целенаправленному преобразованию окружающего мира существует ровно столько, сколько существует само человечество. Однако современные черты эта деятельность стала приобретать с развитием машинного производства и связанных с ним изменений в интеллектуальной и практической деятельности человека.</w:t>
      </w:r>
    </w:p>
    <w:p w14:paraId="4678024F" w14:textId="77777777" w:rsidR="008211A7" w:rsidRPr="005A53F7" w:rsidRDefault="00240B45">
      <w:pPr>
        <w:autoSpaceDE w:val="0"/>
        <w:autoSpaceDN w:val="0"/>
        <w:spacing w:before="312" w:after="0"/>
        <w:ind w:firstLine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Было обосновано положение, что всякая деятельность должна осуществляться в соответствии с некоторым методом, причём эффективность этого метода непосредственно зависит от того, насколько он окажется формализуемым. Это положение стало основополагающей концепцией индустриального общества. Оно сохранило и умножило свою значимость в информационном обществе.</w:t>
      </w:r>
    </w:p>
    <w:p w14:paraId="04FD5902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Стержнем названной концепции является технология как логическое развитие «метода» в следующих аспектах:</w:t>
      </w:r>
    </w:p>
    <w:p w14:paraId="064C6012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процесс достижения поставленной цели формализован настолько, что становится возможным его воспроизведение в широком спектре условий при практически идентичных результатах;</w:t>
      </w:r>
    </w:p>
    <w:p w14:paraId="3B0E4AD0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открывается принципиальная возможность автоматизации процессов изготовления изделий (что постепенно распространяется практически на все аспекты человеческой жизни).</w:t>
      </w:r>
    </w:p>
    <w:p w14:paraId="2E58D0D9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Развитие технологии тесно связано с научным знанием. Более того, конечной целью науки (начиная с науки Нового времени) является именно создание технологий.</w:t>
      </w:r>
    </w:p>
    <w:p w14:paraId="2050F305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В ХХ веке сущность технологии была осмыслена в различных плоскостях:</w:t>
      </w:r>
    </w:p>
    <w:p w14:paraId="5C87C6A7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были выделены структуры, родственные понятию технологии, прежде всего, понятие алгоритма;</w:t>
      </w:r>
    </w:p>
    <w:p w14:paraId="5FDCEB94" w14:textId="77777777" w:rsidR="008211A7" w:rsidRPr="005A53F7" w:rsidRDefault="00240B45">
      <w:pPr>
        <w:autoSpaceDE w:val="0"/>
        <w:autoSpaceDN w:val="0"/>
        <w:spacing w:before="312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проанализирован феномен зарождающегося технологического общества;</w:t>
      </w:r>
    </w:p>
    <w:p w14:paraId="394670B8" w14:textId="77777777" w:rsidR="008211A7" w:rsidRPr="005A53F7" w:rsidRDefault="00240B45">
      <w:pPr>
        <w:autoSpaceDE w:val="0"/>
        <w:autoSpaceDN w:val="0"/>
        <w:spacing w:before="312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исследованы социальные аспекты технологии.</w:t>
      </w:r>
    </w:p>
    <w:p w14:paraId="5E5F2885" w14:textId="77777777" w:rsidR="008211A7" w:rsidRPr="005A53F7" w:rsidRDefault="00240B45">
      <w:pPr>
        <w:autoSpaceDE w:val="0"/>
        <w:autoSpaceDN w:val="0"/>
        <w:spacing w:before="310" w:after="0" w:line="288" w:lineRule="auto"/>
        <w:ind w:firstLine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Информационные технологии, а затем информационные и коммуникационные технологии (ИКТ) радикальным образом изменили человеческую цивилизацию, открыв беспрецедентные возможности для хранения, обработки, передачи огромных массивов различной информации. Изменилась структура человеческой деятельности — в ней важнейшую роль стал играть информационный фактор. Исключительно значимыми оказались социальные последствия внедрения ИТ и ИКТ, которые послужили базой разработки и широкого распространения социальных сетей и процесса информатизации общества. На сегодняшний день процесс информатизации приобретает качественно новые черты. Возникло понятие «цифровой экономики», что подразумевает превращение информации в важнейшую экономическую категорию, быстрое развитие информационного бизнеса и рынка. Появились и интенсивно развиваются новые технологии: облачные, аддитивные, квантовые и пр. Однако цифровая революция (её часто называют третьей революцией) является только прелюдией к новой, более масштабной четвёртой промышленной революции. Все эти изменения самым</w:t>
      </w:r>
    </w:p>
    <w:p w14:paraId="03A262D1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98" w:right="640" w:bottom="360" w:left="666" w:header="720" w:footer="720" w:gutter="0"/>
          <w:cols w:space="720" w:equalWidth="0">
            <w:col w:w="10594" w:space="0"/>
          </w:cols>
          <w:docGrid w:linePitch="360"/>
        </w:sectPr>
      </w:pPr>
    </w:p>
    <w:p w14:paraId="07B5A001" w14:textId="77777777" w:rsidR="008211A7" w:rsidRPr="005A53F7" w:rsidRDefault="008211A7">
      <w:pPr>
        <w:autoSpaceDE w:val="0"/>
        <w:autoSpaceDN w:val="0"/>
        <w:spacing w:after="66" w:line="220" w:lineRule="exact"/>
        <w:rPr>
          <w:lang w:val="ru-RU"/>
        </w:rPr>
      </w:pPr>
    </w:p>
    <w:p w14:paraId="5DC8030E" w14:textId="77777777" w:rsidR="008211A7" w:rsidRPr="005A53F7" w:rsidRDefault="00240B45">
      <w:pPr>
        <w:autoSpaceDE w:val="0"/>
        <w:autoSpaceDN w:val="0"/>
        <w:spacing w:after="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решительным образом влияют на школьный курс технологии, что было подчёркнуто в «Концепции преподавания предметной области «Технология» в образовательных организациях Российской Федерации, реализующих основные общеобразовательные программы» (далее — «Концепция преподавания предметной области «Технология»).</w:t>
      </w:r>
    </w:p>
    <w:p w14:paraId="5D2A0EDE" w14:textId="77777777" w:rsidR="008211A7" w:rsidRPr="005A53F7" w:rsidRDefault="00240B45">
      <w:pPr>
        <w:autoSpaceDE w:val="0"/>
        <w:autoSpaceDN w:val="0"/>
        <w:spacing w:before="310" w:after="250" w:line="262" w:lineRule="auto"/>
        <w:ind w:right="144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ЦЕЛИ И ЗАДАЧИ ИЗУЧЕНИЯ ПРЕДМЕТНОЙ ОБЛАСТИ «ТЕХНОЛОГИЯ» В ОСНОВНОМ ОБЩЕМ ОБРАЗОВАНИИ</w:t>
      </w:r>
    </w:p>
    <w:tbl>
      <w:tblPr>
        <w:tblW w:w="0" w:type="auto"/>
        <w:tblInd w:w="74" w:type="dxa"/>
        <w:tblLayout w:type="fixed"/>
        <w:tblLook w:val="04A0" w:firstRow="1" w:lastRow="0" w:firstColumn="1" w:lastColumn="0" w:noHBand="0" w:noVBand="1"/>
      </w:tblPr>
      <w:tblGrid>
        <w:gridCol w:w="3420"/>
        <w:gridCol w:w="1500"/>
        <w:gridCol w:w="1080"/>
        <w:gridCol w:w="1700"/>
        <w:gridCol w:w="1160"/>
        <w:gridCol w:w="1620"/>
      </w:tblGrid>
      <w:tr w:rsidR="008211A7" w14:paraId="4396562D" w14:textId="77777777">
        <w:trPr>
          <w:trHeight w:hRule="exact" w:val="360"/>
        </w:trPr>
        <w:tc>
          <w:tcPr>
            <w:tcW w:w="3420" w:type="dxa"/>
            <w:tcMar>
              <w:left w:w="0" w:type="dxa"/>
              <w:right w:w="0" w:type="dxa"/>
            </w:tcMar>
          </w:tcPr>
          <w:p w14:paraId="3189523C" w14:textId="77777777" w:rsidR="008211A7" w:rsidRPr="005A53F7" w:rsidRDefault="00240B45">
            <w:pPr>
              <w:autoSpaceDE w:val="0"/>
              <w:autoSpaceDN w:val="0"/>
              <w:spacing w:before="60" w:after="0" w:line="230" w:lineRule="auto"/>
              <w:jc w:val="center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Основной </w:t>
            </w:r>
            <w:r w:rsidRPr="005A53F7">
              <w:rPr>
                <w:rFonts w:ascii="Times New Roman" w:eastAsia="Times New Roman" w:hAnsi="Times New Roman"/>
                <w:b/>
                <w:color w:val="000000"/>
                <w:sz w:val="24"/>
                <w:lang w:val="ru-RU"/>
              </w:rPr>
              <w:t xml:space="preserve">ц е л ь ю </w:t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освоения </w:t>
            </w:r>
          </w:p>
        </w:tc>
        <w:tc>
          <w:tcPr>
            <w:tcW w:w="1500" w:type="dxa"/>
            <w:tcMar>
              <w:left w:w="0" w:type="dxa"/>
              <w:right w:w="0" w:type="dxa"/>
            </w:tcMar>
          </w:tcPr>
          <w:p w14:paraId="7C249DBC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предметной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080" w:type="dxa"/>
            <w:tcMar>
              <w:left w:w="0" w:type="dxa"/>
              <w:right w:w="0" w:type="dxa"/>
            </w:tcMar>
          </w:tcPr>
          <w:p w14:paraId="23C4429D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области </w:t>
            </w:r>
          </w:p>
        </w:tc>
        <w:tc>
          <w:tcPr>
            <w:tcW w:w="1700" w:type="dxa"/>
            <w:tcMar>
              <w:left w:w="0" w:type="dxa"/>
              <w:right w:w="0" w:type="dxa"/>
            </w:tcMar>
          </w:tcPr>
          <w:p w14:paraId="3B3C4AB1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«Технология» </w:t>
            </w:r>
          </w:p>
        </w:tc>
        <w:tc>
          <w:tcPr>
            <w:tcW w:w="1160" w:type="dxa"/>
            <w:tcMar>
              <w:left w:w="0" w:type="dxa"/>
              <w:right w:w="0" w:type="dxa"/>
            </w:tcMar>
          </w:tcPr>
          <w:p w14:paraId="130A30FC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является </w:t>
            </w:r>
          </w:p>
        </w:tc>
        <w:tc>
          <w:tcPr>
            <w:tcW w:w="1620" w:type="dxa"/>
            <w:tcMar>
              <w:left w:w="0" w:type="dxa"/>
              <w:right w:w="0" w:type="dxa"/>
            </w:tcMar>
          </w:tcPr>
          <w:p w14:paraId="0905EE5F" w14:textId="77777777" w:rsidR="008211A7" w:rsidRDefault="00240B45">
            <w:pPr>
              <w:autoSpaceDE w:val="0"/>
              <w:autoSpaceDN w:val="0"/>
              <w:spacing w:before="60" w:after="0" w:line="230" w:lineRule="auto"/>
              <w:ind w:left="11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формирование</w:t>
            </w:r>
          </w:p>
        </w:tc>
      </w:tr>
    </w:tbl>
    <w:p w14:paraId="7974E7DE" w14:textId="77777777" w:rsidR="008211A7" w:rsidRPr="005A53F7" w:rsidRDefault="00240B45">
      <w:pPr>
        <w:autoSpaceDE w:val="0"/>
        <w:autoSpaceDN w:val="0"/>
        <w:spacing w:before="36" w:after="0" w:line="262" w:lineRule="auto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технологической грамотности, глобальных компетенций, творческого мышления, необходимых для перехода к новым приоритетам научно-технологического развития Российской Федерации.</w:t>
      </w:r>
    </w:p>
    <w:p w14:paraId="14F02297" w14:textId="77777777" w:rsidR="008211A7" w:rsidRPr="005A53F7" w:rsidRDefault="00240B45">
      <w:pPr>
        <w:autoSpaceDE w:val="0"/>
        <w:autoSpaceDN w:val="0"/>
        <w:spacing w:before="312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Задачами </w:t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курса технологии являются:</w:t>
      </w:r>
    </w:p>
    <w:p w14:paraId="5B6BC6E8" w14:textId="77777777" w:rsidR="008211A7" w:rsidRPr="005A53F7" w:rsidRDefault="00240B45">
      <w:pPr>
        <w:autoSpaceDE w:val="0"/>
        <w:autoSpaceDN w:val="0"/>
        <w:spacing w:before="310" w:after="0" w:line="271" w:lineRule="auto"/>
        <w:ind w:firstLine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овладение знаниями, умениями и опытом деятельности в предметной области «Технология» как необходимым компонентом общей культуры человека цифрового социума и актуальными для жизни в этом социуме технологиями;</w:t>
      </w:r>
    </w:p>
    <w:p w14:paraId="50BA9A22" w14:textId="77777777" w:rsidR="008211A7" w:rsidRPr="005A53F7" w:rsidRDefault="00240B45">
      <w:pPr>
        <w:autoSpaceDE w:val="0"/>
        <w:autoSpaceDN w:val="0"/>
        <w:spacing w:before="310" w:after="0"/>
        <w:ind w:firstLine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экологических, эстетических критериев, а также критериев личной и общественной безопасности;</w:t>
      </w:r>
    </w:p>
    <w:p w14:paraId="21B7DAC0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14:paraId="254FCDC5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а также когнитивных инструментов и технологий;</w:t>
      </w:r>
    </w:p>
    <w:p w14:paraId="0195C621" w14:textId="77777777" w:rsidR="008211A7" w:rsidRPr="005A53F7" w:rsidRDefault="00240B45">
      <w:pPr>
        <w:autoSpaceDE w:val="0"/>
        <w:autoSpaceDN w:val="0"/>
        <w:spacing w:before="310" w:after="0" w:line="271" w:lineRule="auto"/>
        <w:ind w:right="48" w:firstLine="180"/>
        <w:jc w:val="both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14:paraId="69DE7F02" w14:textId="77777777" w:rsidR="008211A7" w:rsidRPr="005A53F7" w:rsidRDefault="00240B45">
      <w:pPr>
        <w:autoSpaceDE w:val="0"/>
        <w:autoSpaceDN w:val="0"/>
        <w:spacing w:before="310" w:after="0" w:line="286" w:lineRule="auto"/>
        <w:ind w:firstLine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Как подчёркивается в Концепции преподавания предметной области «Технология», ведущей формой учебной деятельности, направленной на достижение поставленных целей, является проектная деятельность в полном цикле: от формулирования проблемы и постановки конкретной задачи до получения конкретных значимых результатов. Именно в процессе проектной деятельности достигается синтез многообразия аспектов образовательного процесса, включая личностные интересы обучающихся. При этом разработка и реализация проекта должна осуществляться в определённых масштабах, позволяющих реализовать исследовательскую деятельность и использовать знания, полученные обучающимися на других предметах.</w:t>
      </w:r>
    </w:p>
    <w:p w14:paraId="17BB5136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Важно подчеркнуть, что именно в технологии реализуются все аспекты фундаментальной для образования категории «знания», а именно:</w:t>
      </w:r>
    </w:p>
    <w:p w14:paraId="08274FA0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понятийное знание, которое складывается из набора понятий, характеризующих данную предметную область;</w:t>
      </w:r>
    </w:p>
    <w:p w14:paraId="672659C8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алгоритмическое (технологическое) знание — знание методов, технологий, приводящих к желаемому результату при соблюдении определённых условий;</w:t>
      </w:r>
    </w:p>
    <w:p w14:paraId="454F3163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86" w:right="650" w:bottom="342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0A2673BE" w14:textId="77777777" w:rsidR="008211A7" w:rsidRPr="005A53F7" w:rsidRDefault="008211A7">
      <w:pPr>
        <w:autoSpaceDE w:val="0"/>
        <w:autoSpaceDN w:val="0"/>
        <w:spacing w:after="78" w:line="220" w:lineRule="exact"/>
        <w:rPr>
          <w:lang w:val="ru-RU"/>
        </w:rPr>
      </w:pPr>
    </w:p>
    <w:p w14:paraId="0032EC29" w14:textId="77777777" w:rsidR="008211A7" w:rsidRPr="005A53F7" w:rsidRDefault="00240B45">
      <w:pPr>
        <w:tabs>
          <w:tab w:val="left" w:pos="180"/>
        </w:tabs>
        <w:autoSpaceDE w:val="0"/>
        <w:autoSpaceDN w:val="0"/>
        <w:spacing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предметное знание, складывающееся из знания и понимания сути законов и закономерностей, применяемых в той или иной предметной области;</w:t>
      </w:r>
    </w:p>
    <w:p w14:paraId="3C9A93D9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методологическое знание — знание общих закономерностей изучаемых явлений и процессов.</w:t>
      </w:r>
    </w:p>
    <w:p w14:paraId="1126B318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Как и всякий общеобразовательный предмет, «Технология» отражает наиболее значимые аспекты действительности, которые состоят в следующем:</w:t>
      </w:r>
    </w:p>
    <w:p w14:paraId="14B1579E" w14:textId="77777777" w:rsidR="008211A7" w:rsidRPr="005A53F7" w:rsidRDefault="00240B45">
      <w:pPr>
        <w:autoSpaceDE w:val="0"/>
        <w:autoSpaceDN w:val="0"/>
        <w:spacing w:before="310" w:after="0" w:line="281" w:lineRule="auto"/>
        <w:ind w:firstLine="180"/>
        <w:rPr>
          <w:lang w:val="ru-RU"/>
        </w:rPr>
      </w:pPr>
      <w:proofErr w:type="spellStart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технологизация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 всех сторон человеческой жизни и деятельности является столь масштабной, что интуитивных представлений о сущности и структуре технологического процесса явно недостаточно для успешной социализации учащихся — необходимо целенаправленное освоение всех этапов технологической цепочки и полного цикла решения поставленной задачи. При этом возможны следующие уровни освоения технологии:</w:t>
      </w:r>
    </w:p>
    <w:p w14:paraId="727B0F34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уровень представления;</w:t>
      </w:r>
    </w:p>
    <w:p w14:paraId="760330AE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уровень пользователя;</w:t>
      </w:r>
    </w:p>
    <w:p w14:paraId="736F678A" w14:textId="77777777" w:rsidR="008211A7" w:rsidRPr="005A53F7" w:rsidRDefault="00240B45">
      <w:pPr>
        <w:autoSpaceDE w:val="0"/>
        <w:autoSpaceDN w:val="0"/>
        <w:spacing w:before="310" w:after="25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когнитивно-продуктивный уровень (создание технологий);</w:t>
      </w:r>
    </w:p>
    <w:tbl>
      <w:tblPr>
        <w:tblW w:w="0" w:type="auto"/>
        <w:tblInd w:w="74" w:type="dxa"/>
        <w:tblLayout w:type="fixed"/>
        <w:tblLook w:val="04A0" w:firstRow="1" w:lastRow="0" w:firstColumn="1" w:lastColumn="0" w:noHBand="0" w:noVBand="1"/>
      </w:tblPr>
      <w:tblGrid>
        <w:gridCol w:w="1560"/>
        <w:gridCol w:w="620"/>
        <w:gridCol w:w="1580"/>
        <w:gridCol w:w="2200"/>
        <w:gridCol w:w="1700"/>
        <w:gridCol w:w="1140"/>
        <w:gridCol w:w="1020"/>
        <w:gridCol w:w="660"/>
      </w:tblGrid>
      <w:tr w:rsidR="008211A7" w14:paraId="58ADE14D" w14:textId="77777777">
        <w:trPr>
          <w:trHeight w:hRule="exact" w:val="362"/>
        </w:trPr>
        <w:tc>
          <w:tcPr>
            <w:tcW w:w="1560" w:type="dxa"/>
            <w:tcMar>
              <w:left w:w="0" w:type="dxa"/>
              <w:right w:w="0" w:type="dxa"/>
            </w:tcMar>
          </w:tcPr>
          <w:p w14:paraId="13E3FB5E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620" w:type="dxa"/>
            <w:tcMar>
              <w:left w:w="0" w:type="dxa"/>
              <w:right w:w="0" w:type="dxa"/>
            </w:tcMar>
          </w:tcPr>
          <w:p w14:paraId="2C2EFDB9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вся </w:t>
            </w:r>
          </w:p>
        </w:tc>
        <w:tc>
          <w:tcPr>
            <w:tcW w:w="1580" w:type="dxa"/>
            <w:tcMar>
              <w:left w:w="0" w:type="dxa"/>
              <w:right w:w="0" w:type="dxa"/>
            </w:tcMar>
          </w:tcPr>
          <w:p w14:paraId="21C85B01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современная </w:t>
            </w:r>
          </w:p>
        </w:tc>
        <w:tc>
          <w:tcPr>
            <w:tcW w:w="2200" w:type="dxa"/>
            <w:tcMar>
              <w:left w:w="0" w:type="dxa"/>
              <w:right w:w="0" w:type="dxa"/>
            </w:tcMar>
          </w:tcPr>
          <w:p w14:paraId="1E580311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профессиональная </w:t>
            </w:r>
          </w:p>
        </w:tc>
        <w:tc>
          <w:tcPr>
            <w:tcW w:w="1700" w:type="dxa"/>
            <w:tcMar>
              <w:left w:w="0" w:type="dxa"/>
              <w:right w:w="0" w:type="dxa"/>
            </w:tcMar>
          </w:tcPr>
          <w:p w14:paraId="317A6484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деятельность, </w:t>
            </w:r>
          </w:p>
        </w:tc>
        <w:tc>
          <w:tcPr>
            <w:tcW w:w="1140" w:type="dxa"/>
            <w:tcMar>
              <w:left w:w="0" w:type="dxa"/>
              <w:right w:w="0" w:type="dxa"/>
            </w:tcMar>
          </w:tcPr>
          <w:p w14:paraId="3F6EDE6A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включая </w:t>
            </w:r>
          </w:p>
        </w:tc>
        <w:tc>
          <w:tcPr>
            <w:tcW w:w="1020" w:type="dxa"/>
            <w:tcMar>
              <w:left w:w="0" w:type="dxa"/>
              <w:right w:w="0" w:type="dxa"/>
            </w:tcMar>
          </w:tcPr>
          <w:p w14:paraId="1B5766C5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ручной </w:t>
            </w:r>
          </w:p>
        </w:tc>
        <w:tc>
          <w:tcPr>
            <w:tcW w:w="660" w:type="dxa"/>
            <w:tcMar>
              <w:left w:w="0" w:type="dxa"/>
              <w:right w:w="0" w:type="dxa"/>
            </w:tcMar>
          </w:tcPr>
          <w:p w14:paraId="030E5A61" w14:textId="77777777" w:rsidR="008211A7" w:rsidRDefault="00240B45">
            <w:pPr>
              <w:autoSpaceDE w:val="0"/>
              <w:autoSpaceDN w:val="0"/>
              <w:spacing w:before="60" w:after="0" w:line="230" w:lineRule="auto"/>
              <w:ind w:left="12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труд,</w:t>
            </w:r>
          </w:p>
        </w:tc>
      </w:tr>
    </w:tbl>
    <w:p w14:paraId="21A92B4E" w14:textId="77777777" w:rsidR="008211A7" w:rsidRPr="005A53F7" w:rsidRDefault="00240B45">
      <w:pPr>
        <w:autoSpaceDE w:val="0"/>
        <w:autoSpaceDN w:val="0"/>
        <w:spacing w:before="34" w:after="0" w:line="271" w:lineRule="auto"/>
        <w:ind w:right="24"/>
        <w:jc w:val="both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осуществляется с применением информационных и цифровых технологий, формирование навыков использования этих технологий при изготовлении изделий становится важной задачей в курсе технологии;</w:t>
      </w:r>
    </w:p>
    <w:p w14:paraId="71EF2221" w14:textId="77777777" w:rsidR="008211A7" w:rsidRPr="005A53F7" w:rsidRDefault="00240B45">
      <w:pPr>
        <w:autoSpaceDE w:val="0"/>
        <w:autoSpaceDN w:val="0"/>
        <w:spacing w:before="310" w:after="0"/>
        <w:ind w:firstLine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появление феномена «больших данных» оказывает существенное и далеко не позитивное влияние на процесс познания, что говорит о необходимости освоения принципиально новых технологий —информационно-когнитивных, нацеленных на освоение учащимися знаний, на развитии умения учиться.</w:t>
      </w:r>
    </w:p>
    <w:p w14:paraId="7DFD412C" w14:textId="77777777" w:rsidR="008211A7" w:rsidRPr="005A53F7" w:rsidRDefault="00240B45">
      <w:pPr>
        <w:autoSpaceDE w:val="0"/>
        <w:autoSpaceDN w:val="0"/>
        <w:spacing w:before="310" w:after="0" w:line="230" w:lineRule="auto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ПРЕДМЕТА «ТЕХНОЛОГИЯ»</w:t>
      </w:r>
    </w:p>
    <w:p w14:paraId="77BA387B" w14:textId="77777777" w:rsidR="008211A7" w:rsidRPr="005A53F7" w:rsidRDefault="00240B45">
      <w:pPr>
        <w:autoSpaceDE w:val="0"/>
        <w:autoSpaceDN w:val="0"/>
        <w:spacing w:before="310" w:after="0" w:line="278" w:lineRule="auto"/>
        <w:ind w:firstLine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Основной методический принцип современного курса «Технология»: освоение сущности и структуры технологии идёт неразрывно с освоением процесса познания — построения и анализа разнообразных моделей. Только в этом случае можно достичь когнитивно-продуктивного уровня освоения технологий.</w:t>
      </w:r>
    </w:p>
    <w:p w14:paraId="3E15BE7F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Современный курс технологии построен по модульному принципу.</w:t>
      </w:r>
    </w:p>
    <w:p w14:paraId="6339D2B2" w14:textId="77777777" w:rsidR="008211A7" w:rsidRPr="005A53F7" w:rsidRDefault="00240B45">
      <w:pPr>
        <w:autoSpaceDE w:val="0"/>
        <w:autoSpaceDN w:val="0"/>
        <w:spacing w:before="310" w:after="0"/>
        <w:ind w:firstLine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Модульность — ведущий методический принцип построения содержания современных учебных курсов. Она создаёт инструмент реализации в обучении индивидуальных образовательных траекторий, что является основополагающим принципом построения общеобразовательного курса технологии.</w:t>
      </w:r>
    </w:p>
    <w:p w14:paraId="3C54D839" w14:textId="77777777" w:rsidR="008211A7" w:rsidRPr="005A53F7" w:rsidRDefault="00240B45">
      <w:pPr>
        <w:autoSpaceDE w:val="0"/>
        <w:autoSpaceDN w:val="0"/>
        <w:spacing w:before="67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Модуль «Производство и технология»</w:t>
      </w:r>
    </w:p>
    <w:p w14:paraId="1DF7C938" w14:textId="77777777" w:rsidR="008211A7" w:rsidRPr="005A53F7" w:rsidRDefault="00240B45">
      <w:pPr>
        <w:autoSpaceDE w:val="0"/>
        <w:autoSpaceDN w:val="0"/>
        <w:spacing w:before="310" w:after="0" w:line="271" w:lineRule="auto"/>
        <w:ind w:firstLine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В модуле в явном виде содержится сформулированный выше методический принцип и подходы к его реализации в различных сферах. Освоение содержания данного модуля осуществляется на протяжении всего курса «Технология» с 5 по 9 класс. Содержание модуля построено по</w:t>
      </w:r>
    </w:p>
    <w:p w14:paraId="45EF19E6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98" w:right="654" w:bottom="416" w:left="666" w:header="720" w:footer="720" w:gutter="0"/>
          <w:cols w:space="720" w:equalWidth="0">
            <w:col w:w="10580" w:space="0"/>
          </w:cols>
          <w:docGrid w:linePitch="360"/>
        </w:sectPr>
      </w:pPr>
    </w:p>
    <w:p w14:paraId="00C15B02" w14:textId="77777777" w:rsidR="008211A7" w:rsidRPr="005A53F7" w:rsidRDefault="008211A7">
      <w:pPr>
        <w:autoSpaceDE w:val="0"/>
        <w:autoSpaceDN w:val="0"/>
        <w:spacing w:after="66" w:line="220" w:lineRule="exact"/>
        <w:rPr>
          <w:lang w:val="ru-RU"/>
        </w:rPr>
      </w:pPr>
    </w:p>
    <w:p w14:paraId="14CD1606" w14:textId="77777777" w:rsidR="008211A7" w:rsidRPr="005A53F7" w:rsidRDefault="00240B45">
      <w:pPr>
        <w:autoSpaceDE w:val="0"/>
        <w:autoSpaceDN w:val="0"/>
        <w:spacing w:after="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«восходящему» принципу: от умений реализации имеющихся технологий к их оценке и совершенствованию, а от них — к знаниям и умениям, позволяющим создавать технологии. Освоение технологического подхода осуществляется в диалектике с творческими методами создания значимых для человека продуктов.</w:t>
      </w:r>
    </w:p>
    <w:p w14:paraId="1AD2A3CC" w14:textId="77777777" w:rsidR="008211A7" w:rsidRPr="005A53F7" w:rsidRDefault="00240B45">
      <w:pPr>
        <w:autoSpaceDE w:val="0"/>
        <w:autoSpaceDN w:val="0"/>
        <w:spacing w:before="310" w:after="0" w:line="281" w:lineRule="auto"/>
        <w:ind w:firstLine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Особенностью современной техносферы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 4-й промышленной революции.</w:t>
      </w:r>
    </w:p>
    <w:p w14:paraId="1DE29042" w14:textId="77777777" w:rsidR="008211A7" w:rsidRPr="005A53F7" w:rsidRDefault="00240B45">
      <w:pPr>
        <w:autoSpaceDE w:val="0"/>
        <w:autoSpaceDN w:val="0"/>
        <w:spacing w:before="672" w:after="25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Модуль «Технологии обработки материалов и пищевых продуктов»</w:t>
      </w:r>
    </w:p>
    <w:tbl>
      <w:tblPr>
        <w:tblW w:w="0" w:type="auto"/>
        <w:tblInd w:w="74" w:type="dxa"/>
        <w:tblLayout w:type="fixed"/>
        <w:tblLook w:val="04A0" w:firstRow="1" w:lastRow="0" w:firstColumn="1" w:lastColumn="0" w:noHBand="0" w:noVBand="1"/>
      </w:tblPr>
      <w:tblGrid>
        <w:gridCol w:w="420"/>
        <w:gridCol w:w="1020"/>
        <w:gridCol w:w="980"/>
        <w:gridCol w:w="480"/>
        <w:gridCol w:w="1480"/>
        <w:gridCol w:w="1240"/>
        <w:gridCol w:w="1160"/>
        <w:gridCol w:w="1420"/>
        <w:gridCol w:w="940"/>
        <w:gridCol w:w="1320"/>
      </w:tblGrid>
      <w:tr w:rsidR="008211A7" w14:paraId="75080616" w14:textId="77777777">
        <w:trPr>
          <w:trHeight w:hRule="exact" w:val="362"/>
        </w:trPr>
        <w:tc>
          <w:tcPr>
            <w:tcW w:w="420" w:type="dxa"/>
            <w:tcMar>
              <w:left w:w="0" w:type="dxa"/>
              <w:right w:w="0" w:type="dxa"/>
            </w:tcMar>
          </w:tcPr>
          <w:p w14:paraId="17C4E638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В </w:t>
            </w:r>
          </w:p>
        </w:tc>
        <w:tc>
          <w:tcPr>
            <w:tcW w:w="1020" w:type="dxa"/>
            <w:tcMar>
              <w:left w:w="0" w:type="dxa"/>
              <w:right w:w="0" w:type="dxa"/>
            </w:tcMar>
          </w:tcPr>
          <w:p w14:paraId="77C0B0F1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данном </w:t>
            </w:r>
          </w:p>
        </w:tc>
        <w:tc>
          <w:tcPr>
            <w:tcW w:w="980" w:type="dxa"/>
            <w:tcMar>
              <w:left w:w="0" w:type="dxa"/>
              <w:right w:w="0" w:type="dxa"/>
            </w:tcMar>
          </w:tcPr>
          <w:p w14:paraId="365117C2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модуле </w:t>
            </w:r>
          </w:p>
        </w:tc>
        <w:tc>
          <w:tcPr>
            <w:tcW w:w="480" w:type="dxa"/>
            <w:tcMar>
              <w:left w:w="0" w:type="dxa"/>
              <w:right w:w="0" w:type="dxa"/>
            </w:tcMar>
          </w:tcPr>
          <w:p w14:paraId="600935A2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 </w:t>
            </w:r>
          </w:p>
        </w:tc>
        <w:tc>
          <w:tcPr>
            <w:tcW w:w="1480" w:type="dxa"/>
            <w:tcMar>
              <w:left w:w="0" w:type="dxa"/>
              <w:right w:w="0" w:type="dxa"/>
            </w:tcMar>
          </w:tcPr>
          <w:p w14:paraId="5C5B5E9E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конкретных </w:t>
            </w:r>
          </w:p>
        </w:tc>
        <w:tc>
          <w:tcPr>
            <w:tcW w:w="1240" w:type="dxa"/>
            <w:tcMar>
              <w:left w:w="0" w:type="dxa"/>
              <w:right w:w="0" w:type="dxa"/>
            </w:tcMar>
          </w:tcPr>
          <w:p w14:paraId="3849BA47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примерах </w:t>
            </w:r>
          </w:p>
        </w:tc>
        <w:tc>
          <w:tcPr>
            <w:tcW w:w="1160" w:type="dxa"/>
            <w:tcMar>
              <w:left w:w="0" w:type="dxa"/>
              <w:right w:w="0" w:type="dxa"/>
            </w:tcMar>
          </w:tcPr>
          <w:p w14:paraId="7F7BF853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показана </w:t>
            </w:r>
          </w:p>
        </w:tc>
        <w:tc>
          <w:tcPr>
            <w:tcW w:w="1420" w:type="dxa"/>
            <w:tcMar>
              <w:left w:w="0" w:type="dxa"/>
              <w:right w:w="0" w:type="dxa"/>
            </w:tcMar>
          </w:tcPr>
          <w:p w14:paraId="51F293BE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реализация </w:t>
            </w:r>
          </w:p>
        </w:tc>
        <w:tc>
          <w:tcPr>
            <w:tcW w:w="940" w:type="dxa"/>
            <w:tcMar>
              <w:left w:w="0" w:type="dxa"/>
              <w:right w:w="0" w:type="dxa"/>
            </w:tcMar>
          </w:tcPr>
          <w:p w14:paraId="621AC925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общих </w:t>
            </w:r>
          </w:p>
        </w:tc>
        <w:tc>
          <w:tcPr>
            <w:tcW w:w="1320" w:type="dxa"/>
            <w:tcMar>
              <w:left w:w="0" w:type="dxa"/>
              <w:right w:w="0" w:type="dxa"/>
            </w:tcMar>
          </w:tcPr>
          <w:p w14:paraId="38A38A93" w14:textId="77777777" w:rsidR="008211A7" w:rsidRDefault="00240B45">
            <w:pPr>
              <w:autoSpaceDE w:val="0"/>
              <w:autoSpaceDN w:val="0"/>
              <w:spacing w:before="60" w:after="0" w:line="230" w:lineRule="auto"/>
              <w:ind w:left="10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положений,</w:t>
            </w:r>
          </w:p>
        </w:tc>
      </w:tr>
    </w:tbl>
    <w:p w14:paraId="4FDE6E48" w14:textId="77777777" w:rsidR="008211A7" w:rsidRPr="005A53F7" w:rsidRDefault="00240B45">
      <w:pPr>
        <w:autoSpaceDE w:val="0"/>
        <w:autoSpaceDN w:val="0"/>
        <w:spacing w:before="34" w:after="0" w:line="281" w:lineRule="auto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сформулированных в модуле «Производство и технологии». Освоение технологии ведётся по единой схеме, которая реализуется во всех без исключения модулях. Разумеется, в каждом конкретном случае возможны отклонения от названной схемы. Однако эти отклонения только усиливают общую идею об универсальном характере технологического подхода. Основная цель данного модуля: освоить умения реализации уже имеющихся технологий. Значительное внимание уделяется технологиям создания уникальных изделий народного творчества.</w:t>
      </w:r>
    </w:p>
    <w:p w14:paraId="23399667" w14:textId="77777777" w:rsidR="008211A7" w:rsidRPr="005A53F7" w:rsidRDefault="00240B45">
      <w:pPr>
        <w:autoSpaceDE w:val="0"/>
        <w:autoSpaceDN w:val="0"/>
        <w:spacing w:before="67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>Модуль «Робототехника»</w:t>
      </w:r>
    </w:p>
    <w:p w14:paraId="734BA383" w14:textId="77777777" w:rsidR="008211A7" w:rsidRPr="005A53F7" w:rsidRDefault="00240B45">
      <w:pPr>
        <w:autoSpaceDE w:val="0"/>
        <w:autoSpaceDN w:val="0"/>
        <w:spacing w:before="310" w:after="0"/>
        <w:ind w:firstLine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В этом модуле наиболее полно реализуется идея конвергенции материальных и информационных технологий. Важность данного модуля заключается в том, что в нём формируются навыки работы с когнитивной составляющей (действиями, операциями и этапами), которые в современном цифровом социуме приобретают универсальный характер.</w:t>
      </w:r>
    </w:p>
    <w:p w14:paraId="37CCDE56" w14:textId="77777777" w:rsidR="008211A7" w:rsidRDefault="00240B45">
      <w:pPr>
        <w:autoSpaceDE w:val="0"/>
        <w:autoSpaceDN w:val="0"/>
        <w:spacing w:before="670" w:after="252" w:line="230" w:lineRule="auto"/>
        <w:ind w:left="180"/>
      </w:pPr>
      <w:proofErr w:type="spellStart"/>
      <w:r>
        <w:rPr>
          <w:rFonts w:ascii="Times New Roman" w:eastAsia="Times New Roman" w:hAnsi="Times New Roman"/>
          <w:b/>
          <w:i/>
          <w:color w:val="000000"/>
          <w:sz w:val="24"/>
        </w:rPr>
        <w:t>Модуль</w:t>
      </w:r>
      <w:proofErr w:type="spellEnd"/>
      <w:r>
        <w:rPr>
          <w:rFonts w:ascii="Times New Roman" w:eastAsia="Times New Roman" w:hAnsi="Times New Roman"/>
          <w:b/>
          <w:i/>
          <w:color w:val="000000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i/>
          <w:color w:val="000000"/>
          <w:sz w:val="24"/>
        </w:rPr>
        <w:t>Животноводство</w:t>
      </w:r>
      <w:proofErr w:type="spellEnd"/>
      <w:r>
        <w:rPr>
          <w:rFonts w:ascii="Times New Roman" w:eastAsia="Times New Roman" w:hAnsi="Times New Roman"/>
          <w:b/>
          <w:i/>
          <w:color w:val="000000"/>
          <w:sz w:val="24"/>
        </w:rPr>
        <w:t>»</w:t>
      </w:r>
    </w:p>
    <w:tbl>
      <w:tblPr>
        <w:tblW w:w="0" w:type="auto"/>
        <w:tblInd w:w="74" w:type="dxa"/>
        <w:tblLayout w:type="fixed"/>
        <w:tblLook w:val="04A0" w:firstRow="1" w:lastRow="0" w:firstColumn="1" w:lastColumn="0" w:noHBand="0" w:noVBand="1"/>
      </w:tblPr>
      <w:tblGrid>
        <w:gridCol w:w="1080"/>
        <w:gridCol w:w="1280"/>
        <w:gridCol w:w="1340"/>
        <w:gridCol w:w="460"/>
        <w:gridCol w:w="1880"/>
        <w:gridCol w:w="480"/>
        <w:gridCol w:w="1860"/>
        <w:gridCol w:w="1780"/>
        <w:gridCol w:w="300"/>
      </w:tblGrid>
      <w:tr w:rsidR="008211A7" w14:paraId="7AC12E2E" w14:textId="77777777">
        <w:trPr>
          <w:trHeight w:hRule="exact" w:val="360"/>
        </w:trPr>
        <w:tc>
          <w:tcPr>
            <w:tcW w:w="1080" w:type="dxa"/>
            <w:tcMar>
              <w:left w:w="0" w:type="dxa"/>
              <w:right w:w="0" w:type="dxa"/>
            </w:tcMar>
          </w:tcPr>
          <w:p w14:paraId="497A6BEC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Модуль </w:t>
            </w:r>
          </w:p>
        </w:tc>
        <w:tc>
          <w:tcPr>
            <w:tcW w:w="1280" w:type="dxa"/>
            <w:tcMar>
              <w:left w:w="0" w:type="dxa"/>
              <w:right w:w="0" w:type="dxa"/>
            </w:tcMar>
          </w:tcPr>
          <w:p w14:paraId="788B1F0A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знакомит </w:t>
            </w:r>
          </w:p>
        </w:tc>
        <w:tc>
          <w:tcPr>
            <w:tcW w:w="1340" w:type="dxa"/>
            <w:tcMar>
              <w:left w:w="0" w:type="dxa"/>
              <w:right w:w="0" w:type="dxa"/>
            </w:tcMar>
          </w:tcPr>
          <w:p w14:paraId="0C32A877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учащихся </w:t>
            </w:r>
          </w:p>
        </w:tc>
        <w:tc>
          <w:tcPr>
            <w:tcW w:w="460" w:type="dxa"/>
            <w:tcMar>
              <w:left w:w="0" w:type="dxa"/>
              <w:right w:w="0" w:type="dxa"/>
            </w:tcMar>
          </w:tcPr>
          <w:p w14:paraId="0E758B04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 </w:t>
            </w:r>
          </w:p>
        </w:tc>
        <w:tc>
          <w:tcPr>
            <w:tcW w:w="1880" w:type="dxa"/>
            <w:tcMar>
              <w:left w:w="0" w:type="dxa"/>
              <w:right w:w="0" w:type="dxa"/>
            </w:tcMar>
          </w:tcPr>
          <w:p w14:paraId="4E62CB41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классическими </w:t>
            </w:r>
          </w:p>
        </w:tc>
        <w:tc>
          <w:tcPr>
            <w:tcW w:w="480" w:type="dxa"/>
            <w:tcMar>
              <w:left w:w="0" w:type="dxa"/>
              <w:right w:w="0" w:type="dxa"/>
            </w:tcMar>
          </w:tcPr>
          <w:p w14:paraId="3F1C5C4C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 </w:t>
            </w:r>
          </w:p>
        </w:tc>
        <w:tc>
          <w:tcPr>
            <w:tcW w:w="1860" w:type="dxa"/>
            <w:tcMar>
              <w:left w:w="0" w:type="dxa"/>
              <w:right w:w="0" w:type="dxa"/>
            </w:tcMar>
          </w:tcPr>
          <w:p w14:paraId="3E0DA7BA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современными </w:t>
            </w:r>
          </w:p>
        </w:tc>
        <w:tc>
          <w:tcPr>
            <w:tcW w:w="1780" w:type="dxa"/>
            <w:tcMar>
              <w:left w:w="0" w:type="dxa"/>
              <w:right w:w="0" w:type="dxa"/>
            </w:tcMar>
          </w:tcPr>
          <w:p w14:paraId="2CE8556D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технологиями </w:t>
            </w:r>
          </w:p>
        </w:tc>
        <w:tc>
          <w:tcPr>
            <w:tcW w:w="300" w:type="dxa"/>
            <w:tcMar>
              <w:left w:w="0" w:type="dxa"/>
              <w:right w:w="0" w:type="dxa"/>
            </w:tcMar>
          </w:tcPr>
          <w:p w14:paraId="6821FBAE" w14:textId="77777777" w:rsidR="008211A7" w:rsidRDefault="00240B45">
            <w:pPr>
              <w:autoSpaceDE w:val="0"/>
              <w:autoSpaceDN w:val="0"/>
              <w:spacing w:before="60" w:after="0" w:line="230" w:lineRule="auto"/>
              <w:ind w:right="24"/>
              <w:jc w:val="right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</w:t>
            </w:r>
          </w:p>
        </w:tc>
      </w:tr>
    </w:tbl>
    <w:p w14:paraId="60159119" w14:textId="77777777" w:rsidR="008211A7" w:rsidRPr="005A53F7" w:rsidRDefault="00240B45">
      <w:pPr>
        <w:autoSpaceDE w:val="0"/>
        <w:autoSpaceDN w:val="0"/>
        <w:spacing w:before="36" w:after="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сельскохозяйственной сфере. Особенностью этих технологий заключается в том, что их объектами в данном случае являются природные объекты, поведение которых часто не подвластно человеку. В этом случае при реализации технологии существенное значение имеет творческий фактор — умение в нужный момент скорректировать технологический процесс.</w:t>
      </w:r>
    </w:p>
    <w:p w14:paraId="366C459F" w14:textId="77777777" w:rsidR="008211A7" w:rsidRDefault="00240B45">
      <w:pPr>
        <w:autoSpaceDE w:val="0"/>
        <w:autoSpaceDN w:val="0"/>
        <w:spacing w:before="670" w:after="250" w:line="230" w:lineRule="auto"/>
        <w:ind w:left="180"/>
      </w:pPr>
      <w:proofErr w:type="spellStart"/>
      <w:r>
        <w:rPr>
          <w:rFonts w:ascii="Times New Roman" w:eastAsia="Times New Roman" w:hAnsi="Times New Roman"/>
          <w:b/>
          <w:i/>
          <w:color w:val="000000"/>
          <w:sz w:val="24"/>
        </w:rPr>
        <w:t>Модуль</w:t>
      </w:r>
      <w:proofErr w:type="spellEnd"/>
      <w:r>
        <w:rPr>
          <w:rFonts w:ascii="Times New Roman" w:eastAsia="Times New Roman" w:hAnsi="Times New Roman"/>
          <w:b/>
          <w:i/>
          <w:color w:val="000000"/>
          <w:sz w:val="24"/>
        </w:rPr>
        <w:t xml:space="preserve"> «</w:t>
      </w:r>
      <w:proofErr w:type="spellStart"/>
      <w:r>
        <w:rPr>
          <w:rFonts w:ascii="Times New Roman" w:eastAsia="Times New Roman" w:hAnsi="Times New Roman"/>
          <w:b/>
          <w:i/>
          <w:color w:val="000000"/>
          <w:sz w:val="24"/>
        </w:rPr>
        <w:t>Растениеводство</w:t>
      </w:r>
      <w:proofErr w:type="spellEnd"/>
      <w:r>
        <w:rPr>
          <w:rFonts w:ascii="Times New Roman" w:eastAsia="Times New Roman" w:hAnsi="Times New Roman"/>
          <w:b/>
          <w:i/>
          <w:color w:val="000000"/>
          <w:sz w:val="24"/>
        </w:rPr>
        <w:t>»</w:t>
      </w:r>
    </w:p>
    <w:tbl>
      <w:tblPr>
        <w:tblW w:w="0" w:type="auto"/>
        <w:tblInd w:w="74" w:type="dxa"/>
        <w:tblLayout w:type="fixed"/>
        <w:tblLook w:val="04A0" w:firstRow="1" w:lastRow="0" w:firstColumn="1" w:lastColumn="0" w:noHBand="0" w:noVBand="1"/>
      </w:tblPr>
      <w:tblGrid>
        <w:gridCol w:w="1080"/>
        <w:gridCol w:w="1280"/>
        <w:gridCol w:w="1340"/>
        <w:gridCol w:w="460"/>
        <w:gridCol w:w="1880"/>
        <w:gridCol w:w="480"/>
        <w:gridCol w:w="1860"/>
        <w:gridCol w:w="1780"/>
        <w:gridCol w:w="300"/>
      </w:tblGrid>
      <w:tr w:rsidR="008211A7" w14:paraId="1A3E41F8" w14:textId="77777777">
        <w:trPr>
          <w:trHeight w:hRule="exact" w:val="360"/>
        </w:trPr>
        <w:tc>
          <w:tcPr>
            <w:tcW w:w="1080" w:type="dxa"/>
            <w:tcMar>
              <w:left w:w="0" w:type="dxa"/>
              <w:right w:w="0" w:type="dxa"/>
            </w:tcMar>
          </w:tcPr>
          <w:p w14:paraId="72B7C0EC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Модуль </w:t>
            </w:r>
          </w:p>
        </w:tc>
        <w:tc>
          <w:tcPr>
            <w:tcW w:w="1280" w:type="dxa"/>
            <w:tcMar>
              <w:left w:w="0" w:type="dxa"/>
              <w:right w:w="0" w:type="dxa"/>
            </w:tcMar>
          </w:tcPr>
          <w:p w14:paraId="0E71079D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знакомит </w:t>
            </w:r>
          </w:p>
        </w:tc>
        <w:tc>
          <w:tcPr>
            <w:tcW w:w="1340" w:type="dxa"/>
            <w:tcMar>
              <w:left w:w="0" w:type="dxa"/>
              <w:right w:w="0" w:type="dxa"/>
            </w:tcMar>
          </w:tcPr>
          <w:p w14:paraId="213DB87A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учащихся </w:t>
            </w:r>
          </w:p>
        </w:tc>
        <w:tc>
          <w:tcPr>
            <w:tcW w:w="460" w:type="dxa"/>
            <w:tcMar>
              <w:left w:w="0" w:type="dxa"/>
              <w:right w:w="0" w:type="dxa"/>
            </w:tcMar>
          </w:tcPr>
          <w:p w14:paraId="57DADAC3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 </w:t>
            </w:r>
          </w:p>
        </w:tc>
        <w:tc>
          <w:tcPr>
            <w:tcW w:w="1880" w:type="dxa"/>
            <w:tcMar>
              <w:left w:w="0" w:type="dxa"/>
              <w:right w:w="0" w:type="dxa"/>
            </w:tcMar>
          </w:tcPr>
          <w:p w14:paraId="02075EC2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классическими </w:t>
            </w:r>
          </w:p>
        </w:tc>
        <w:tc>
          <w:tcPr>
            <w:tcW w:w="480" w:type="dxa"/>
            <w:tcMar>
              <w:left w:w="0" w:type="dxa"/>
              <w:right w:w="0" w:type="dxa"/>
            </w:tcMar>
          </w:tcPr>
          <w:p w14:paraId="6FCAEBE0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 </w:t>
            </w:r>
          </w:p>
        </w:tc>
        <w:tc>
          <w:tcPr>
            <w:tcW w:w="1860" w:type="dxa"/>
            <w:tcMar>
              <w:left w:w="0" w:type="dxa"/>
              <w:right w:w="0" w:type="dxa"/>
            </w:tcMar>
          </w:tcPr>
          <w:p w14:paraId="56C7E171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современными </w:t>
            </w:r>
          </w:p>
        </w:tc>
        <w:tc>
          <w:tcPr>
            <w:tcW w:w="1780" w:type="dxa"/>
            <w:tcMar>
              <w:left w:w="0" w:type="dxa"/>
              <w:right w:w="0" w:type="dxa"/>
            </w:tcMar>
          </w:tcPr>
          <w:p w14:paraId="4D20A090" w14:textId="77777777" w:rsidR="008211A7" w:rsidRDefault="00240B45">
            <w:pPr>
              <w:autoSpaceDE w:val="0"/>
              <w:autoSpaceDN w:val="0"/>
              <w:spacing w:before="6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технологиями </w:t>
            </w:r>
          </w:p>
        </w:tc>
        <w:tc>
          <w:tcPr>
            <w:tcW w:w="300" w:type="dxa"/>
            <w:tcMar>
              <w:left w:w="0" w:type="dxa"/>
              <w:right w:w="0" w:type="dxa"/>
            </w:tcMar>
          </w:tcPr>
          <w:p w14:paraId="77BC9F75" w14:textId="77777777" w:rsidR="008211A7" w:rsidRDefault="00240B45">
            <w:pPr>
              <w:autoSpaceDE w:val="0"/>
              <w:autoSpaceDN w:val="0"/>
              <w:spacing w:before="60" w:after="0" w:line="230" w:lineRule="auto"/>
              <w:ind w:right="24"/>
              <w:jc w:val="right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</w:t>
            </w:r>
          </w:p>
        </w:tc>
      </w:tr>
    </w:tbl>
    <w:p w14:paraId="61758150" w14:textId="77777777" w:rsidR="008211A7" w:rsidRPr="005A53F7" w:rsidRDefault="00240B45">
      <w:pPr>
        <w:autoSpaceDE w:val="0"/>
        <w:autoSpaceDN w:val="0"/>
        <w:spacing w:before="36" w:after="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сельскохозяйственной сфере. Особенностью этих технологий заключается в том, что их объектами в данном случае являются природные объекты, поведение которых часто не подвластно человеку. В этом случае при реализации технологии существенное значение имеет творческий фактор — умение в нужный момент скорректировать технологический процесс.</w:t>
      </w:r>
    </w:p>
    <w:p w14:paraId="73EEB912" w14:textId="77777777" w:rsidR="008211A7" w:rsidRPr="005A53F7" w:rsidRDefault="00240B45">
      <w:pPr>
        <w:autoSpaceDE w:val="0"/>
        <w:autoSpaceDN w:val="0"/>
        <w:spacing w:before="310" w:after="0" w:line="230" w:lineRule="auto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МЕСТО УЧЕБНОГО ПРЕДМЕТА «ТЕХНОЛОГИЯ» В УЧЕБНОМ ПЛАНЕ</w:t>
      </w:r>
    </w:p>
    <w:p w14:paraId="283ECDAB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86" w:right="658" w:bottom="368" w:left="666" w:header="720" w:footer="720" w:gutter="0"/>
          <w:cols w:space="720" w:equalWidth="0">
            <w:col w:w="10576" w:space="0"/>
          </w:cols>
          <w:docGrid w:linePitch="360"/>
        </w:sectPr>
      </w:pPr>
    </w:p>
    <w:p w14:paraId="0C64E2C7" w14:textId="77777777" w:rsidR="008211A7" w:rsidRPr="005A53F7" w:rsidRDefault="008211A7">
      <w:pPr>
        <w:autoSpaceDE w:val="0"/>
        <w:autoSpaceDN w:val="0"/>
        <w:spacing w:after="66" w:line="220" w:lineRule="exact"/>
        <w:rPr>
          <w:lang w:val="ru-RU"/>
        </w:rPr>
      </w:pPr>
    </w:p>
    <w:p w14:paraId="155CB4FA" w14:textId="77777777" w:rsidR="008211A7" w:rsidRPr="005A53F7" w:rsidRDefault="00240B45">
      <w:pPr>
        <w:autoSpaceDE w:val="0"/>
        <w:autoSpaceDN w:val="0"/>
        <w:spacing w:after="0" w:line="262" w:lineRule="auto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Учебный предмет "Технология" изучается в 5 классе два часа в неделе, общий объем составляет 68 часов.</w:t>
      </w:r>
    </w:p>
    <w:p w14:paraId="209795A4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86" w:right="1014" w:bottom="1440" w:left="666" w:header="720" w:footer="720" w:gutter="0"/>
          <w:cols w:space="720" w:equalWidth="0">
            <w:col w:w="10219" w:space="0"/>
          </w:cols>
          <w:docGrid w:linePitch="360"/>
        </w:sectPr>
      </w:pPr>
    </w:p>
    <w:p w14:paraId="72547E9B" w14:textId="77777777" w:rsidR="008211A7" w:rsidRPr="005A53F7" w:rsidRDefault="008211A7">
      <w:pPr>
        <w:autoSpaceDE w:val="0"/>
        <w:autoSpaceDN w:val="0"/>
        <w:spacing w:after="78" w:line="220" w:lineRule="exact"/>
        <w:rPr>
          <w:lang w:val="ru-RU"/>
        </w:rPr>
      </w:pPr>
    </w:p>
    <w:p w14:paraId="2E89EBD5" w14:textId="77777777" w:rsidR="008211A7" w:rsidRPr="005A53F7" w:rsidRDefault="00240B45">
      <w:pPr>
        <w:autoSpaceDE w:val="0"/>
        <w:autoSpaceDN w:val="0"/>
        <w:spacing w:after="0" w:line="230" w:lineRule="auto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14:paraId="7C291707" w14:textId="77777777" w:rsidR="008211A7" w:rsidRPr="005A53F7" w:rsidRDefault="00240B45">
      <w:pPr>
        <w:autoSpaceDE w:val="0"/>
        <w:autoSpaceDN w:val="0"/>
        <w:spacing w:before="394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ИНВАРИАНТНЫЕ МОДУЛИ</w:t>
      </w:r>
    </w:p>
    <w:p w14:paraId="4F6560C7" w14:textId="77777777" w:rsidR="008211A7" w:rsidRPr="005A53F7" w:rsidRDefault="00240B45">
      <w:pPr>
        <w:autoSpaceDE w:val="0"/>
        <w:autoSpaceDN w:val="0"/>
        <w:spacing w:before="670" w:after="0" w:line="367" w:lineRule="auto"/>
        <w:ind w:left="180" w:right="4608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«Производство и технология»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Раздел. Преобразовательная деятельность человека.</w:t>
      </w:r>
    </w:p>
    <w:p w14:paraId="7F3E883B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Технологии вокруг нас. Алгоритмы и начала технологии. Возможность формального исполнения алгоритма. Робот как исполнитель алгоритма. Робот как механизм.</w:t>
      </w:r>
    </w:p>
    <w:p w14:paraId="1CFD4CC0" w14:textId="77777777" w:rsidR="008211A7" w:rsidRPr="005A53F7" w:rsidRDefault="00240B45">
      <w:pPr>
        <w:autoSpaceDE w:val="0"/>
        <w:autoSpaceDN w:val="0"/>
        <w:spacing w:before="312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Раздел. Простейшие машины и механизмы.</w:t>
      </w:r>
    </w:p>
    <w:p w14:paraId="3C762B68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Двигатели машин. Виды двигателей. Передаточные механизмы. Виды и характеристики передаточных механизмов.</w:t>
      </w:r>
    </w:p>
    <w:p w14:paraId="1C6BFD77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Механические передачи. Обратная связь. Механические конструкторы. Робототехнические конструкторы. Простые механические модели. Простые управляемые модели.</w:t>
      </w:r>
    </w:p>
    <w:p w14:paraId="75E7790C" w14:textId="77777777" w:rsidR="008211A7" w:rsidRPr="005A53F7" w:rsidRDefault="00240B45">
      <w:pPr>
        <w:autoSpaceDE w:val="0"/>
        <w:autoSpaceDN w:val="0"/>
        <w:spacing w:before="670" w:after="0" w:line="367" w:lineRule="auto"/>
        <w:ind w:left="180" w:right="2880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«Технология обработки материалов и пищевых </w:t>
      </w:r>
      <w:proofErr w:type="spellStart"/>
      <w:proofErr w:type="gramStart"/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продуктов»Раздел</w:t>
      </w:r>
      <w:proofErr w:type="spellEnd"/>
      <w:proofErr w:type="gramEnd"/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. Структура технологии: от материала к изделию.</w:t>
      </w:r>
    </w:p>
    <w:p w14:paraId="4C1BB1C0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341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Основные элементы структуры технологии: действия, операции, этапы. Технологическая карта. </w:t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Проектирование, моделирование, конструирование — основные составляющие технологии. Технологии и алгоритмы.</w:t>
      </w:r>
    </w:p>
    <w:p w14:paraId="5D7EFE45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Раздел. Материалы и их свойства.</w:t>
      </w:r>
    </w:p>
    <w:p w14:paraId="6BED9001" w14:textId="77777777" w:rsidR="008211A7" w:rsidRPr="005A53F7" w:rsidRDefault="00240B45">
      <w:pPr>
        <w:autoSpaceDE w:val="0"/>
        <w:autoSpaceDN w:val="0"/>
        <w:spacing w:before="310" w:after="0" w:line="271" w:lineRule="auto"/>
        <w:ind w:right="72" w:firstLine="180"/>
        <w:jc w:val="both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Сырьё и материалы как основы производства. Натуральное, искусственное, синтетическое сырьё и материалы. Конструкционные материалы. Физические и технологические свойства конструкционных материалов.</w:t>
      </w:r>
    </w:p>
    <w:p w14:paraId="13BA68A2" w14:textId="77777777" w:rsidR="008211A7" w:rsidRPr="005A53F7" w:rsidRDefault="00240B45">
      <w:pPr>
        <w:autoSpaceDE w:val="0"/>
        <w:autoSpaceDN w:val="0"/>
        <w:spacing w:before="312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Бумага и её свойства. Различные изделия из бумаги. Потребность человека в бумаге.</w:t>
      </w:r>
    </w:p>
    <w:p w14:paraId="714CC279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Ткань и её свойства. Изделия из ткани. Виды тканей.</w:t>
      </w:r>
    </w:p>
    <w:p w14:paraId="28CDA1EE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Древесина и её свойства. Древесные материалы и их применение. Изделия из древесины. Потребность человечества в древесине. Сохранение лесов.</w:t>
      </w:r>
    </w:p>
    <w:p w14:paraId="73C9F89B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Металлы и их свойства. Металлические части машин и механизмов. Тонколистовая сталь и проволока.</w:t>
      </w:r>
    </w:p>
    <w:p w14:paraId="265347A6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Пластические массы (пластмассы) и их свойства. Работа с пластмассами.</w:t>
      </w:r>
    </w:p>
    <w:p w14:paraId="63F07029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Наноструктуры и их использование в различных технологиях. Природные и синтетические наноструктуры.</w:t>
      </w:r>
    </w:p>
    <w:p w14:paraId="1A0BD254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Композиты и </w:t>
      </w:r>
      <w:proofErr w:type="spellStart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нанокомпозиты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, их применение. Умные материалы и их применение. Аллотропные</w:t>
      </w:r>
    </w:p>
    <w:p w14:paraId="5290968A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98" w:right="650" w:bottom="312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0FEC048D" w14:textId="77777777" w:rsidR="008211A7" w:rsidRPr="005A53F7" w:rsidRDefault="008211A7">
      <w:pPr>
        <w:autoSpaceDE w:val="0"/>
        <w:autoSpaceDN w:val="0"/>
        <w:spacing w:after="72" w:line="220" w:lineRule="exact"/>
        <w:rPr>
          <w:lang w:val="ru-RU"/>
        </w:rPr>
      </w:pPr>
    </w:p>
    <w:p w14:paraId="6C775595" w14:textId="77777777" w:rsidR="008211A7" w:rsidRPr="005A53F7" w:rsidRDefault="00240B45">
      <w:pPr>
        <w:autoSpaceDE w:val="0"/>
        <w:autoSpaceDN w:val="0"/>
        <w:spacing w:after="0" w:line="230" w:lineRule="auto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соединения углерода.</w:t>
      </w:r>
    </w:p>
    <w:p w14:paraId="391B3675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Раздел. Основные ручные инструменты.</w:t>
      </w:r>
    </w:p>
    <w:p w14:paraId="6404EDC2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Инструменты для работы с бумагой. Инструменты для работы с тканью. Инструменты для работы с древесиной. Инструменты для работы с металлом.</w:t>
      </w:r>
    </w:p>
    <w:p w14:paraId="2C2221B7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Компьютерные инструменты.</w:t>
      </w:r>
    </w:p>
    <w:p w14:paraId="34743516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Раздел. Трудовые действия как основные слагаемые технологии.</w:t>
      </w:r>
    </w:p>
    <w:p w14:paraId="69254B08" w14:textId="77777777" w:rsidR="008211A7" w:rsidRPr="005A53F7" w:rsidRDefault="00240B45">
      <w:pPr>
        <w:autoSpaceDE w:val="0"/>
        <w:autoSpaceDN w:val="0"/>
        <w:spacing w:before="312" w:after="0" w:line="271" w:lineRule="auto"/>
        <w:ind w:firstLine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Измерение и счёт как универсальные трудовые действия. Точность и погрешность измерений. Действия при работе с бумагой. Действия при работе с тканью. Действия при работе с древесиной. Действия при работе с тонколистовым металлом. Приготовление пищи.</w:t>
      </w:r>
    </w:p>
    <w:p w14:paraId="56BC5B08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Общность и различие действий с различными материалами и пищевыми продуктами.</w:t>
      </w:r>
    </w:p>
    <w:p w14:paraId="12FD15AE" w14:textId="77777777" w:rsidR="008211A7" w:rsidRPr="005A53F7" w:rsidRDefault="00240B45">
      <w:pPr>
        <w:autoSpaceDE w:val="0"/>
        <w:autoSpaceDN w:val="0"/>
        <w:spacing w:before="67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ВАРИАТИВНЫЕ МОДУЛИ</w:t>
      </w:r>
    </w:p>
    <w:p w14:paraId="12356A89" w14:textId="77777777" w:rsidR="008211A7" w:rsidRPr="005A53F7" w:rsidRDefault="00240B45">
      <w:pPr>
        <w:autoSpaceDE w:val="0"/>
        <w:autoSpaceDN w:val="0"/>
        <w:spacing w:before="670" w:after="0" w:line="367" w:lineRule="auto"/>
        <w:ind w:left="180" w:right="3600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«Робототехника»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Раздел. Алгоритмы и исполнители. Роботы как исполнители.</w:t>
      </w:r>
    </w:p>
    <w:p w14:paraId="2644D7B2" w14:textId="77777777" w:rsidR="008211A7" w:rsidRPr="005A53F7" w:rsidRDefault="00240B45">
      <w:pPr>
        <w:autoSpaceDE w:val="0"/>
        <w:autoSpaceDN w:val="0"/>
        <w:spacing w:before="310" w:after="0" w:line="271" w:lineRule="auto"/>
        <w:ind w:firstLine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Цели и способы их достижения. Планирование последовательности шагов, ведущих к достижению цели. Понятие исполнителя. Управление исполнителем: непосредственное или согласно плану. Системы исполнителей. Общие представления о технологии. Алгоритмы и технологии.</w:t>
      </w:r>
    </w:p>
    <w:p w14:paraId="3A139DE8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Компьютерный исполнитель. Робот. Система команд исполнителя.</w:t>
      </w:r>
    </w:p>
    <w:p w14:paraId="1D9DA9BF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От роботов на экране компьютера к роботам-механизмам.</w:t>
      </w:r>
    </w:p>
    <w:p w14:paraId="4485BD68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Система команд механического робота. Управление механическим роботом.</w:t>
      </w:r>
    </w:p>
    <w:p w14:paraId="59C02163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2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Робототехнические комплексы и их возможности. Знакомство с составом робототехнического конструктора.</w:t>
      </w:r>
    </w:p>
    <w:p w14:paraId="3ACDAE4E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Раздел. Роботы: конструирование и управление.</w:t>
      </w:r>
    </w:p>
    <w:p w14:paraId="7FA4A9EB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Общее устройство робота. Механическая часть. Принцип программного управления.</w:t>
      </w:r>
    </w:p>
    <w:p w14:paraId="6B17966D" w14:textId="77777777" w:rsidR="008211A7" w:rsidRPr="005A53F7" w:rsidRDefault="00240B45">
      <w:pPr>
        <w:autoSpaceDE w:val="0"/>
        <w:autoSpaceDN w:val="0"/>
        <w:spacing w:before="310" w:after="0" w:line="271" w:lineRule="auto"/>
        <w:ind w:firstLine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Принципы работы датчиков в составе робототехнического набора, их параметры и применение. Принципы программирования роботов. Изучение интерфейса конкретного языка программирования, основные инструменты и команды программирования роботов.</w:t>
      </w:r>
    </w:p>
    <w:p w14:paraId="02F2CFC2" w14:textId="77777777" w:rsidR="008211A7" w:rsidRPr="005A53F7" w:rsidRDefault="00240B45">
      <w:pPr>
        <w:autoSpaceDE w:val="0"/>
        <w:autoSpaceDN w:val="0"/>
        <w:spacing w:before="670" w:after="0" w:line="367" w:lineRule="auto"/>
        <w:ind w:left="180" w:right="1584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«Животноводство»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Раздел. Элементы технологий выращивания сельскохозяйственных животных.</w:t>
      </w:r>
    </w:p>
    <w:p w14:paraId="3818F834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Домашние животные. Приручение животных как фактор развития человеческой цивилизации.</w:t>
      </w:r>
    </w:p>
    <w:p w14:paraId="30F6BB9C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92" w:right="658" w:bottom="348" w:left="666" w:header="720" w:footer="720" w:gutter="0"/>
          <w:cols w:space="720" w:equalWidth="0">
            <w:col w:w="10576" w:space="0"/>
          </w:cols>
          <w:docGrid w:linePitch="360"/>
        </w:sectPr>
      </w:pPr>
    </w:p>
    <w:p w14:paraId="04881C8D" w14:textId="77777777" w:rsidR="008211A7" w:rsidRPr="005A53F7" w:rsidRDefault="008211A7">
      <w:pPr>
        <w:autoSpaceDE w:val="0"/>
        <w:autoSpaceDN w:val="0"/>
        <w:spacing w:after="66" w:line="220" w:lineRule="exact"/>
        <w:rPr>
          <w:lang w:val="ru-RU"/>
        </w:rPr>
      </w:pPr>
    </w:p>
    <w:p w14:paraId="74BC0EA2" w14:textId="77777777" w:rsidR="008211A7" w:rsidRPr="005A53F7" w:rsidRDefault="00240B45">
      <w:pPr>
        <w:autoSpaceDE w:val="0"/>
        <w:autoSpaceDN w:val="0"/>
        <w:spacing w:after="0" w:line="230" w:lineRule="auto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Сельскохозяйственные животные.</w:t>
      </w:r>
    </w:p>
    <w:p w14:paraId="6D8A4CA4" w14:textId="77777777" w:rsidR="008211A7" w:rsidRPr="005A53F7" w:rsidRDefault="00240B45">
      <w:pPr>
        <w:autoSpaceDE w:val="0"/>
        <w:autoSpaceDN w:val="0"/>
        <w:spacing w:before="310" w:after="0" w:line="367" w:lineRule="auto"/>
        <w:ind w:left="180" w:right="2016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Содержание сельскохозяйственных животных: помещение, оборудование, уход. Разведение животных. Породы животных, их создание.</w:t>
      </w:r>
    </w:p>
    <w:p w14:paraId="6DAB3014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Лечение животных. Понятие о ветеринарии.</w:t>
      </w:r>
    </w:p>
    <w:p w14:paraId="5B605CE2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Заготовка кормов. Кормление животных. Питательность корма. Рацион.</w:t>
      </w:r>
    </w:p>
    <w:p w14:paraId="1AD8406A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Животные у нас дома. Забота о домашних и бездомных животных. </w:t>
      </w:r>
    </w:p>
    <w:p w14:paraId="752BF513" w14:textId="77777777" w:rsidR="008211A7" w:rsidRPr="005A53F7" w:rsidRDefault="00240B45">
      <w:pPr>
        <w:autoSpaceDE w:val="0"/>
        <w:autoSpaceDN w:val="0"/>
        <w:spacing w:before="312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Проблема клонирования живых организмов. Социальные и этические проблемы.</w:t>
      </w:r>
    </w:p>
    <w:p w14:paraId="3265E08D" w14:textId="77777777" w:rsidR="008211A7" w:rsidRPr="005A53F7" w:rsidRDefault="00240B45">
      <w:pPr>
        <w:autoSpaceDE w:val="0"/>
        <w:autoSpaceDN w:val="0"/>
        <w:spacing w:before="672" w:after="0" w:line="367" w:lineRule="auto"/>
        <w:ind w:left="180" w:right="1872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«Растениеводство»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Раздел. Элементы технологий выращивания сельскохозяйственных культур.</w:t>
      </w:r>
    </w:p>
    <w:p w14:paraId="09644470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14:paraId="66A22D8A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Почвы, виды почв. Плодородие почв. </w:t>
      </w:r>
    </w:p>
    <w:p w14:paraId="76B9F174" w14:textId="77777777" w:rsidR="008211A7" w:rsidRPr="005A53F7" w:rsidRDefault="00240B45">
      <w:pPr>
        <w:autoSpaceDE w:val="0"/>
        <w:autoSpaceDN w:val="0"/>
        <w:spacing w:before="310" w:after="0" w:line="367" w:lineRule="auto"/>
        <w:ind w:left="180" w:right="576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Инструменты обработки почвы: ручные и механизированные. Сельскохозяйственная техника. Культурные растения и их классификация.</w:t>
      </w:r>
    </w:p>
    <w:p w14:paraId="5670E5AD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Выращивание растений на школьном/приусадебном участке.</w:t>
      </w:r>
    </w:p>
    <w:p w14:paraId="44280579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Полезные для человека дикорастущие растения и их классификация. </w:t>
      </w:r>
    </w:p>
    <w:p w14:paraId="4E66D4D0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2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14:paraId="59FF11F1" w14:textId="77777777" w:rsidR="008211A7" w:rsidRPr="005A53F7" w:rsidRDefault="00240B45">
      <w:pPr>
        <w:autoSpaceDE w:val="0"/>
        <w:autoSpaceDN w:val="0"/>
        <w:spacing w:before="31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Сохранение природной среды.</w:t>
      </w:r>
    </w:p>
    <w:p w14:paraId="29603759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86" w:right="664" w:bottom="1440" w:left="666" w:header="720" w:footer="720" w:gutter="0"/>
          <w:cols w:space="720" w:equalWidth="0">
            <w:col w:w="10570" w:space="0"/>
          </w:cols>
          <w:docGrid w:linePitch="360"/>
        </w:sectPr>
      </w:pPr>
    </w:p>
    <w:p w14:paraId="6B382147" w14:textId="77777777" w:rsidR="008211A7" w:rsidRPr="005A53F7" w:rsidRDefault="008211A7">
      <w:pPr>
        <w:autoSpaceDE w:val="0"/>
        <w:autoSpaceDN w:val="0"/>
        <w:spacing w:after="78" w:line="220" w:lineRule="exact"/>
        <w:rPr>
          <w:lang w:val="ru-RU"/>
        </w:rPr>
      </w:pPr>
    </w:p>
    <w:p w14:paraId="636199BA" w14:textId="77777777" w:rsidR="008211A7" w:rsidRPr="005A53F7" w:rsidRDefault="00240B45">
      <w:pPr>
        <w:autoSpaceDE w:val="0"/>
        <w:autoSpaceDN w:val="0"/>
        <w:spacing w:after="0" w:line="230" w:lineRule="auto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ОБРАЗОВАТЕЛЬНЫЕ РЕЗУЛЬТАТЫ</w:t>
      </w:r>
    </w:p>
    <w:p w14:paraId="32535501" w14:textId="77777777" w:rsidR="008211A7" w:rsidRPr="005A53F7" w:rsidRDefault="00240B45">
      <w:pPr>
        <w:autoSpaceDE w:val="0"/>
        <w:autoSpaceDN w:val="0"/>
        <w:spacing w:before="346" w:after="0" w:line="434" w:lineRule="auto"/>
        <w:ind w:left="180" w:right="864" w:hanging="180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ЛИЧНОСТНЫЕ РЕЗУЛЬТАТЫ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Патриотическое воспитание: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проявление интереса к истории и современному состоянию российской науки и технологии; ценностное отношение к достижениям российских инженеров и учёных.</w:t>
      </w:r>
    </w:p>
    <w:p w14:paraId="41F0D870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36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Гражданское и духовно-нравственное воспитание: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важности морально-этических принципов в деятельности, связанной с реализацией технологий;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14:paraId="4FAC08B1" w14:textId="77777777" w:rsidR="008211A7" w:rsidRPr="005A53F7" w:rsidRDefault="00240B45">
      <w:pPr>
        <w:autoSpaceDE w:val="0"/>
        <w:autoSpaceDN w:val="0"/>
        <w:spacing w:before="310" w:after="0" w:line="410" w:lineRule="auto"/>
        <w:ind w:left="180" w:right="2592"/>
        <w:rPr>
          <w:lang w:val="ru-RU"/>
        </w:rPr>
      </w:pPr>
      <w:r w:rsidRPr="005A53F7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Эстетическое воспитание: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восприятие эстетических качеств предметов труда;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умение создавать эстетически значимые изделия из различных материалов.</w:t>
      </w:r>
    </w:p>
    <w:p w14:paraId="15D65D7F" w14:textId="77777777" w:rsidR="008211A7" w:rsidRPr="005A53F7" w:rsidRDefault="00240B45">
      <w:pPr>
        <w:autoSpaceDE w:val="0"/>
        <w:autoSpaceDN w:val="0"/>
        <w:spacing w:before="310" w:after="0" w:line="410" w:lineRule="auto"/>
        <w:ind w:left="180" w:right="288"/>
        <w:rPr>
          <w:lang w:val="ru-RU"/>
        </w:rPr>
      </w:pPr>
      <w:r w:rsidRPr="005A53F7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Ценности научного познания и практической деятельности: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ценности науки как фундамента технологий;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14:paraId="5BCD99E4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38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Формирование культуры здоровья и эмоционального благополучия: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ценности безопасного образа жизни в современном технологическом мире, важности правил безопасной работы с инструментами;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умение распознавать информационные угрозы и </w:t>
      </w:r>
      <w:proofErr w:type="spellStart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осуществ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​</w:t>
      </w:r>
      <w:proofErr w:type="spellStart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лять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 защиту личности от этих угроз.</w:t>
      </w:r>
    </w:p>
    <w:p w14:paraId="7995A7FA" w14:textId="77777777" w:rsidR="008211A7" w:rsidRPr="005A53F7" w:rsidRDefault="00240B45">
      <w:pPr>
        <w:autoSpaceDE w:val="0"/>
        <w:autoSpaceDN w:val="0"/>
        <w:spacing w:before="310" w:after="0" w:line="410" w:lineRule="auto"/>
        <w:ind w:left="180" w:right="1440"/>
        <w:rPr>
          <w:lang w:val="ru-RU"/>
        </w:rPr>
      </w:pPr>
      <w:r w:rsidRPr="005A53F7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Трудовое воспитание: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активное участие в решении возникающих практических задач из различных областей; умение ориентироваться в мире современных профессий.</w:t>
      </w:r>
    </w:p>
    <w:p w14:paraId="7D5A0E17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38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Экологическое воспитание: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воспитание бережного отношения к окружающей среде, понимание необходимости соблюдения баланса между природой и техносферой;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осознание пределов преобразовательной деятельности человека.</w:t>
      </w:r>
    </w:p>
    <w:p w14:paraId="02DB7455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98" w:right="646" w:bottom="338" w:left="666" w:header="720" w:footer="720" w:gutter="0"/>
          <w:cols w:space="720" w:equalWidth="0">
            <w:col w:w="10588" w:space="0"/>
          </w:cols>
          <w:docGrid w:linePitch="360"/>
        </w:sectPr>
      </w:pPr>
    </w:p>
    <w:p w14:paraId="380A8A9D" w14:textId="77777777" w:rsidR="008211A7" w:rsidRPr="005A53F7" w:rsidRDefault="008211A7">
      <w:pPr>
        <w:autoSpaceDE w:val="0"/>
        <w:autoSpaceDN w:val="0"/>
        <w:spacing w:after="78" w:line="220" w:lineRule="exact"/>
        <w:rPr>
          <w:lang w:val="ru-RU"/>
        </w:rPr>
      </w:pPr>
    </w:p>
    <w:p w14:paraId="0774898D" w14:textId="77777777" w:rsidR="008211A7" w:rsidRPr="005A53F7" w:rsidRDefault="00240B45">
      <w:pPr>
        <w:tabs>
          <w:tab w:val="left" w:pos="180"/>
        </w:tabs>
        <w:autoSpaceDE w:val="0"/>
        <w:autoSpaceDN w:val="0"/>
        <w:spacing w:after="0" w:line="420" w:lineRule="auto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МЕТАПРЕДМЕТНЫЕ РЕЗУЛЬТАТЫ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Овладение универсальными познавательными действиями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Базовые логические действия: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и характеризовать существенные признаки природных и рукотворных объектов;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устанавливать существенный признак классификации, основание для обобщения и сравнения; </w:t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закономерности и противоречия в рассматриваемых фактах, данных и наблюдениях, относящихся к внешнему миру;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причинно-следственные связи при изучении природных явлений и процессов, а также процессов, происходящих в техносфере;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14:paraId="1CCD888B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43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Базовые исследовательские действия: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вопросы как исследовательский инструмент познания;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формировать запросы к информационной системе с целью получения необходимой информации; </w:t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оценивать полноту, достоверность и актуальность полученной информации;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опытным путём изучать свойства различных материалов;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строить и оценивать модели объектов, явлений и процессов;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создавать, применять и преобразовывать знаки и символы, модели и схемы для решения учебных и познавательных задач;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оценивать правильность выполнения учебной задачи, собственные возможности её решения; </w:t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14:paraId="13FBF751" w14:textId="77777777" w:rsidR="008211A7" w:rsidRPr="005A53F7" w:rsidRDefault="00240B45">
      <w:pPr>
        <w:autoSpaceDE w:val="0"/>
        <w:autoSpaceDN w:val="0"/>
        <w:spacing w:before="310" w:after="0" w:line="446" w:lineRule="auto"/>
        <w:ind w:left="180" w:right="1584"/>
        <w:rPr>
          <w:lang w:val="ru-RU"/>
        </w:rPr>
      </w:pPr>
      <w:r w:rsidRPr="005A53F7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Работа с информацией: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выбирать форму представления информации в зависимости от поставленной задачи; понимать различие между данными, информацией и знаниями;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владеть начальными навыками работы с «большими данными»;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владеть технологией трансформации данных в информацию, информации в знания.</w:t>
      </w:r>
    </w:p>
    <w:p w14:paraId="444BA874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98" w:right="650" w:bottom="642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258A55AA" w14:textId="77777777" w:rsidR="008211A7" w:rsidRPr="005A53F7" w:rsidRDefault="008211A7">
      <w:pPr>
        <w:autoSpaceDE w:val="0"/>
        <w:autoSpaceDN w:val="0"/>
        <w:spacing w:after="78" w:line="220" w:lineRule="exact"/>
        <w:rPr>
          <w:lang w:val="ru-RU"/>
        </w:rPr>
      </w:pPr>
    </w:p>
    <w:p w14:paraId="47052756" w14:textId="77777777" w:rsidR="008211A7" w:rsidRPr="005A53F7" w:rsidRDefault="00240B45">
      <w:pPr>
        <w:tabs>
          <w:tab w:val="left" w:pos="180"/>
        </w:tabs>
        <w:autoSpaceDE w:val="0"/>
        <w:autoSpaceDN w:val="0"/>
        <w:spacing w:after="0" w:line="379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Овладение универсальными учебными регулятивными действиями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Самоорганизация: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делать выбор и брать ответственность за решение.</w:t>
      </w:r>
    </w:p>
    <w:p w14:paraId="2BC2DA25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403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Самоконтроль (рефлексия):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давать адекватную оценку ситуации и предлагать план её изменения;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объяснять причины достижения (недостижения) результатов преобразовательной деятельности; </w:t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вносить необходимые коррективы в деятельность по решению задачи или по осуществлению проекта;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14:paraId="6D37975A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341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Принятие себя и других: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14:paraId="08B656B4" w14:textId="77777777" w:rsidR="008211A7" w:rsidRPr="005A53F7" w:rsidRDefault="00240B45">
      <w:pPr>
        <w:autoSpaceDE w:val="0"/>
        <w:autoSpaceDN w:val="0"/>
        <w:spacing w:before="67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Овладение универсальными коммуникативными действиями.</w:t>
      </w:r>
    </w:p>
    <w:p w14:paraId="5628E65F" w14:textId="77777777" w:rsidR="008211A7" w:rsidRPr="005A53F7" w:rsidRDefault="00240B45">
      <w:pPr>
        <w:autoSpaceDE w:val="0"/>
        <w:autoSpaceDN w:val="0"/>
        <w:spacing w:before="310" w:after="0" w:line="446" w:lineRule="auto"/>
        <w:ind w:left="180" w:right="1008"/>
        <w:rPr>
          <w:lang w:val="ru-RU"/>
        </w:rPr>
      </w:pPr>
      <w:r w:rsidRPr="005A53F7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Общение: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 ходе обсуждения учебного материала, планирования и осуществления учебного проекта; в рамках публичного представления результатов проектной деятельности;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 ходе совместного решения задачи с использованием облачных сервисов;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в ходе общения с представителями других культур, в частности в социальных сетях.</w:t>
      </w:r>
    </w:p>
    <w:p w14:paraId="7A1AA014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10" w:after="0" w:line="406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Совместная деятельность: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и использовать преимущества командной работы при реализации учебного проекта; </w:t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необходимость выработки знаково-символических средств как необходимого условия успешной проектной деятельности;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уметь адекватно интерпретировать высказывания собеседника — участника совместной</w:t>
      </w:r>
    </w:p>
    <w:p w14:paraId="6A7C09BD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98" w:right="676" w:bottom="416" w:left="666" w:header="720" w:footer="720" w:gutter="0"/>
          <w:cols w:space="720" w:equalWidth="0">
            <w:col w:w="10558" w:space="0"/>
          </w:cols>
          <w:docGrid w:linePitch="360"/>
        </w:sectPr>
      </w:pPr>
    </w:p>
    <w:p w14:paraId="338E75D9" w14:textId="77777777" w:rsidR="008211A7" w:rsidRPr="005A53F7" w:rsidRDefault="008211A7">
      <w:pPr>
        <w:autoSpaceDE w:val="0"/>
        <w:autoSpaceDN w:val="0"/>
        <w:spacing w:after="66" w:line="220" w:lineRule="exact"/>
        <w:rPr>
          <w:lang w:val="ru-RU"/>
        </w:rPr>
      </w:pPr>
    </w:p>
    <w:p w14:paraId="7B4BC5AB" w14:textId="77777777" w:rsidR="008211A7" w:rsidRPr="005A53F7" w:rsidRDefault="00240B45">
      <w:pPr>
        <w:autoSpaceDE w:val="0"/>
        <w:autoSpaceDN w:val="0"/>
        <w:spacing w:after="0" w:line="410" w:lineRule="auto"/>
        <w:ind w:left="180" w:right="1296" w:hanging="180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деятельности;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владеть навыками отстаивания своей точки зрения, используя при этом законы логики; уметь распознавать некорректную аргументацию.</w:t>
      </w:r>
    </w:p>
    <w:p w14:paraId="24EB2809" w14:textId="77777777" w:rsidR="008211A7" w:rsidRPr="005A53F7" w:rsidRDefault="00240B45">
      <w:pPr>
        <w:autoSpaceDE w:val="0"/>
        <w:autoSpaceDN w:val="0"/>
        <w:spacing w:before="310" w:after="0" w:line="367" w:lineRule="auto"/>
        <w:ind w:left="180" w:right="7056" w:hanging="180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ПРЕДМЕТНЫЕ РЕЗУЛЬТАТЫ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ИНВАРИАНТНЫЕ МОДУЛИ</w:t>
      </w:r>
    </w:p>
    <w:p w14:paraId="6C6B9EEF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672" w:after="0" w:line="442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«Производство и технология»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роль техники и технологий для прогрессивного развития общества;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роль техники и технологий в цифровом социуме;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выявлять причины и последствия развития техники и технологий;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виды современных технологий и определять перспективы их развития;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строить учебную и практическую деятельность в соответствии со структурой технологии: этапами, операциями, действиями;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научиться конструировать, оценивать и использовать модели в познавательной и практической деятельности;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организовывать рабочее место в соответствии с требованиями безопасности;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соблюдать правила безопасности;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различные материалы (древесина, металлы и сплавы, полимеры, текстиль, сельскохозяйственная продукция);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уметь создавать, применять и преобразовывать знаки и символы, модели и схемы для решения учебных и производственных задач;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получить возможность научиться коллективно решать задачи с использованием облачных сервисов; </w:t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оперировать понятием «биотехнология»;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классифицировать методы очистки воды, использовать фильтрование воды;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оперировать понятиями «биоэнергетика», «</w:t>
      </w:r>
      <w:proofErr w:type="spellStart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биометаногенез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».</w:t>
      </w:r>
    </w:p>
    <w:p w14:paraId="77BD2378" w14:textId="77777777" w:rsidR="008211A7" w:rsidRPr="005A53F7" w:rsidRDefault="00240B45">
      <w:pPr>
        <w:autoSpaceDE w:val="0"/>
        <w:autoSpaceDN w:val="0"/>
        <w:spacing w:before="670" w:after="0" w:line="434" w:lineRule="auto"/>
        <w:ind w:left="180" w:right="2160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Модуль «Технология обработки материалов и пищевых </w:t>
      </w:r>
      <w:proofErr w:type="spellStart"/>
      <w:proofErr w:type="gramStart"/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продуктов»</w:t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</w:t>
      </w:r>
      <w:proofErr w:type="spellEnd"/>
      <w:proofErr w:type="gram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 познавательную и преобразовательную деятельность человека; соблюдать правила безопасности;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организовывать рабочее место в соответствии с требованиями безопасности;</w:t>
      </w:r>
    </w:p>
    <w:p w14:paraId="2E069B1F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86" w:right="650" w:bottom="342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4E79B6B9" w14:textId="77777777" w:rsidR="008211A7" w:rsidRPr="005A53F7" w:rsidRDefault="008211A7">
      <w:pPr>
        <w:autoSpaceDE w:val="0"/>
        <w:autoSpaceDN w:val="0"/>
        <w:spacing w:after="78" w:line="220" w:lineRule="exact"/>
        <w:rPr>
          <w:lang w:val="ru-RU"/>
        </w:rPr>
      </w:pPr>
    </w:p>
    <w:tbl>
      <w:tblPr>
        <w:tblW w:w="0" w:type="auto"/>
        <w:tblInd w:w="74" w:type="dxa"/>
        <w:tblLayout w:type="fixed"/>
        <w:tblLook w:val="04A0" w:firstRow="1" w:lastRow="0" w:firstColumn="1" w:lastColumn="0" w:noHBand="0" w:noVBand="1"/>
      </w:tblPr>
      <w:tblGrid>
        <w:gridCol w:w="2160"/>
        <w:gridCol w:w="420"/>
        <w:gridCol w:w="1940"/>
        <w:gridCol w:w="1720"/>
        <w:gridCol w:w="1960"/>
        <w:gridCol w:w="420"/>
        <w:gridCol w:w="1860"/>
      </w:tblGrid>
      <w:tr w:rsidR="008211A7" w14:paraId="2A5D41DB" w14:textId="77777777">
        <w:trPr>
          <w:trHeight w:hRule="exact" w:val="302"/>
        </w:trPr>
        <w:tc>
          <w:tcPr>
            <w:tcW w:w="2160" w:type="dxa"/>
            <w:tcMar>
              <w:left w:w="0" w:type="dxa"/>
              <w:right w:w="0" w:type="dxa"/>
            </w:tcMar>
          </w:tcPr>
          <w:p w14:paraId="2E63B578" w14:textId="77777777" w:rsidR="008211A7" w:rsidRDefault="00240B45">
            <w:pPr>
              <w:autoSpaceDE w:val="0"/>
              <w:autoSpaceDN w:val="0"/>
              <w:spacing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классифицировать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420" w:type="dxa"/>
            <w:tcMar>
              <w:left w:w="0" w:type="dxa"/>
              <w:right w:w="0" w:type="dxa"/>
            </w:tcMar>
          </w:tcPr>
          <w:p w14:paraId="42358367" w14:textId="77777777" w:rsidR="008211A7" w:rsidRDefault="00240B45">
            <w:pPr>
              <w:autoSpaceDE w:val="0"/>
              <w:autoSpaceDN w:val="0"/>
              <w:spacing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 </w:t>
            </w:r>
          </w:p>
        </w:tc>
        <w:tc>
          <w:tcPr>
            <w:tcW w:w="1940" w:type="dxa"/>
            <w:tcMar>
              <w:left w:w="0" w:type="dxa"/>
              <w:right w:w="0" w:type="dxa"/>
            </w:tcMar>
          </w:tcPr>
          <w:p w14:paraId="19FED2D9" w14:textId="77777777" w:rsidR="008211A7" w:rsidRDefault="00240B45">
            <w:pPr>
              <w:autoSpaceDE w:val="0"/>
              <w:autoSpaceDN w:val="0"/>
              <w:spacing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характеризовать </w:t>
            </w:r>
          </w:p>
        </w:tc>
        <w:tc>
          <w:tcPr>
            <w:tcW w:w="1720" w:type="dxa"/>
            <w:tcMar>
              <w:left w:w="0" w:type="dxa"/>
              <w:right w:w="0" w:type="dxa"/>
            </w:tcMar>
          </w:tcPr>
          <w:p w14:paraId="5FEB8CCC" w14:textId="77777777" w:rsidR="008211A7" w:rsidRDefault="00240B45">
            <w:pPr>
              <w:autoSpaceDE w:val="0"/>
              <w:autoSpaceDN w:val="0"/>
              <w:spacing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инструменты, </w:t>
            </w:r>
          </w:p>
        </w:tc>
        <w:tc>
          <w:tcPr>
            <w:tcW w:w="1960" w:type="dxa"/>
            <w:tcMar>
              <w:left w:w="0" w:type="dxa"/>
              <w:right w:w="0" w:type="dxa"/>
            </w:tcMar>
          </w:tcPr>
          <w:p w14:paraId="6A855043" w14:textId="77777777" w:rsidR="008211A7" w:rsidRDefault="00240B45">
            <w:pPr>
              <w:autoSpaceDE w:val="0"/>
              <w:autoSpaceDN w:val="0"/>
              <w:spacing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приспособления </w:t>
            </w:r>
          </w:p>
        </w:tc>
        <w:tc>
          <w:tcPr>
            <w:tcW w:w="420" w:type="dxa"/>
            <w:tcMar>
              <w:left w:w="0" w:type="dxa"/>
              <w:right w:w="0" w:type="dxa"/>
            </w:tcMar>
          </w:tcPr>
          <w:p w14:paraId="17651899" w14:textId="77777777" w:rsidR="008211A7" w:rsidRDefault="00240B45">
            <w:pPr>
              <w:autoSpaceDE w:val="0"/>
              <w:autoSpaceDN w:val="0"/>
              <w:spacing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и </w:t>
            </w:r>
          </w:p>
        </w:tc>
        <w:tc>
          <w:tcPr>
            <w:tcW w:w="1860" w:type="dxa"/>
            <w:tcMar>
              <w:left w:w="0" w:type="dxa"/>
              <w:right w:w="0" w:type="dxa"/>
            </w:tcMar>
          </w:tcPr>
          <w:p w14:paraId="1C6D5B88" w14:textId="77777777" w:rsidR="008211A7" w:rsidRDefault="00240B45">
            <w:pPr>
              <w:autoSpaceDE w:val="0"/>
              <w:autoSpaceDN w:val="0"/>
              <w:spacing w:after="0" w:line="230" w:lineRule="auto"/>
              <w:ind w:left="1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технологическое</w:t>
            </w:r>
          </w:p>
        </w:tc>
      </w:tr>
    </w:tbl>
    <w:p w14:paraId="56B4330B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4" w:after="0" w:line="439" w:lineRule="auto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оборудование;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активно использовать знания, полученные при изучении других учебных предметов, и сформированные универсальные учебные действия;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инструменты, приспособления и технологическое оборудование;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выполнять технологические операции с использованием ручных инструментов, приспособлений, технологического оборудования;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получить возможность научиться использовать цифровые инструменты при изготовлении предметов из различных материалов;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технологические операции ручной обработки конструкционных материалов; </w:t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применять ручные технологии обработки конструкционных материалов;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правильно хранить пищевые продукты;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осуществлять механическую и тепловую обработку пищевых продуктов, сохраняя их пищевую ценность;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выбирать продукты, инструменты и оборудование для приготовления блюда;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осуществлять доступными средствами контроль качества блюда;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проектировать интерьер помещения с использованием программных сервисов;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составлять последовательность выполнения технологических операций для изготовления швейных изделий;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строить чертежи простых швейных изделий;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выбирать материалы, инструменты и оборудование для выполнения швейных работ;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выполнять художественное оформление швейных изделий;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выделять свойства наноструктур;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приводить примеры наноструктур, их использования в технологиях;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получить возможность познакомиться с физическими основы нанотехнологий и их использованием для конструирования новых материалов.</w:t>
      </w:r>
    </w:p>
    <w:p w14:paraId="5A170795" w14:textId="77777777" w:rsidR="008211A7" w:rsidRPr="005A53F7" w:rsidRDefault="00240B45">
      <w:pPr>
        <w:autoSpaceDE w:val="0"/>
        <w:autoSpaceDN w:val="0"/>
        <w:spacing w:before="670" w:after="0" w:line="230" w:lineRule="auto"/>
        <w:ind w:left="180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ВАРИАТИВНЫЕ МОДУЛИ</w:t>
      </w:r>
    </w:p>
    <w:p w14:paraId="408AD01F" w14:textId="77777777" w:rsidR="008211A7" w:rsidRPr="005A53F7" w:rsidRDefault="00240B45">
      <w:pPr>
        <w:autoSpaceDE w:val="0"/>
        <w:autoSpaceDN w:val="0"/>
        <w:spacing w:before="670" w:after="0" w:line="367" w:lineRule="auto"/>
        <w:ind w:left="180" w:right="6912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«Робототехника»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соблюдать правила безопасности;</w:t>
      </w:r>
    </w:p>
    <w:p w14:paraId="285F0BCE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98" w:right="634" w:bottom="402" w:left="666" w:header="720" w:footer="720" w:gutter="0"/>
          <w:cols w:space="720" w:equalWidth="0">
            <w:col w:w="10600" w:space="0"/>
          </w:cols>
          <w:docGrid w:linePitch="360"/>
        </w:sectPr>
      </w:pPr>
    </w:p>
    <w:p w14:paraId="6154AFCE" w14:textId="77777777" w:rsidR="008211A7" w:rsidRPr="005A53F7" w:rsidRDefault="008211A7">
      <w:pPr>
        <w:autoSpaceDE w:val="0"/>
        <w:autoSpaceDN w:val="0"/>
        <w:spacing w:after="78" w:line="220" w:lineRule="exact"/>
        <w:rPr>
          <w:lang w:val="ru-RU"/>
        </w:rPr>
      </w:pPr>
    </w:p>
    <w:p w14:paraId="08E9671A" w14:textId="77777777" w:rsidR="008211A7" w:rsidRPr="005A53F7" w:rsidRDefault="00240B45">
      <w:pPr>
        <w:tabs>
          <w:tab w:val="left" w:pos="180"/>
        </w:tabs>
        <w:autoSpaceDE w:val="0"/>
        <w:autoSpaceDN w:val="0"/>
        <w:spacing w:after="0" w:line="410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организовывать рабочее место в соответствии с требованиями безопасности;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классифицировать и характеризовать роботов по видам и назначению;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знать и уметь применять основные законы робототехники;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конструировать и программировать движущиеся модели;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получить возможность сформировать навыки моделирования машин и механизмов с помощью робототехнического конструктора;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владеть навыками моделирования машин и механизмов с помощью робототехнического конструктора;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14:paraId="7D250E2F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670" w:after="0" w:line="466" w:lineRule="auto"/>
        <w:rPr>
          <w:lang w:val="ru-RU"/>
        </w:rPr>
      </w:pP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«Животноводство»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соблюдать правила безопасности;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организовывать рабочее место в соответствии с требованиями безопасности;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основные направления животноводства;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особенности основных видов сельскохозяйственных животных своего региона; </w:t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описывать полный технологический цикл получения продукции животноводства своего региона; </w:t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называть виды сельскохозяйственных животных, характерных для данного региона;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оценивать условия содержания животных в различных условиях;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владеть навыками оказания первой помощи заболевшим или пораненным животным;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способы переработки и хранения продукции животноводства;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пути цифровизации животноводческого производства;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получить возможность узнать особенности сельскохозяйственного производства;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мир профессий, связанных с животноводством, их востребованность на рынке труда.</w:t>
      </w:r>
    </w:p>
    <w:p w14:paraId="119E14B1" w14:textId="77777777" w:rsidR="008211A7" w:rsidRPr="005A53F7" w:rsidRDefault="00240B45">
      <w:pPr>
        <w:autoSpaceDE w:val="0"/>
        <w:autoSpaceDN w:val="0"/>
        <w:spacing w:before="670" w:after="0" w:line="434" w:lineRule="auto"/>
        <w:ind w:left="180" w:right="2448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Модуль «Растениеводство»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соблюдать правила безопасности;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организовывать рабочее место в соответствии с требованиями безопасности; характеризовать основные направления растениеводства;</w:t>
      </w:r>
    </w:p>
    <w:p w14:paraId="788C8843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98" w:right="664" w:bottom="332" w:left="666" w:header="720" w:footer="720" w:gutter="0"/>
          <w:cols w:space="720" w:equalWidth="0">
            <w:col w:w="10570" w:space="0"/>
          </w:cols>
          <w:docGrid w:linePitch="360"/>
        </w:sectPr>
      </w:pPr>
    </w:p>
    <w:p w14:paraId="42547ADC" w14:textId="77777777" w:rsidR="008211A7" w:rsidRPr="005A53F7" w:rsidRDefault="008211A7">
      <w:pPr>
        <w:autoSpaceDE w:val="0"/>
        <w:autoSpaceDN w:val="0"/>
        <w:spacing w:after="78" w:line="220" w:lineRule="exact"/>
        <w:rPr>
          <w:lang w:val="ru-RU"/>
        </w:rPr>
      </w:pPr>
    </w:p>
    <w:tbl>
      <w:tblPr>
        <w:tblW w:w="0" w:type="auto"/>
        <w:tblInd w:w="74" w:type="dxa"/>
        <w:tblLayout w:type="fixed"/>
        <w:tblLook w:val="04A0" w:firstRow="1" w:lastRow="0" w:firstColumn="1" w:lastColumn="0" w:noHBand="0" w:noVBand="1"/>
      </w:tblPr>
      <w:tblGrid>
        <w:gridCol w:w="1380"/>
        <w:gridCol w:w="1200"/>
        <w:gridCol w:w="2140"/>
        <w:gridCol w:w="880"/>
        <w:gridCol w:w="1480"/>
        <w:gridCol w:w="1340"/>
        <w:gridCol w:w="2060"/>
      </w:tblGrid>
      <w:tr w:rsidR="008211A7" w14:paraId="33861353" w14:textId="77777777">
        <w:trPr>
          <w:trHeight w:hRule="exact" w:val="302"/>
        </w:trPr>
        <w:tc>
          <w:tcPr>
            <w:tcW w:w="1380" w:type="dxa"/>
            <w:tcMar>
              <w:left w:w="0" w:type="dxa"/>
              <w:right w:w="0" w:type="dxa"/>
            </w:tcMar>
          </w:tcPr>
          <w:p w14:paraId="3DFA21F7" w14:textId="77777777" w:rsidR="008211A7" w:rsidRDefault="00240B45">
            <w:pPr>
              <w:autoSpaceDE w:val="0"/>
              <w:autoSpaceDN w:val="0"/>
              <w:spacing w:after="0" w:line="230" w:lineRule="auto"/>
              <w:jc w:val="center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описывать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200" w:type="dxa"/>
            <w:tcMar>
              <w:left w:w="0" w:type="dxa"/>
              <w:right w:w="0" w:type="dxa"/>
            </w:tcMar>
          </w:tcPr>
          <w:p w14:paraId="3FF5C49E" w14:textId="77777777" w:rsidR="008211A7" w:rsidRDefault="00240B45">
            <w:pPr>
              <w:autoSpaceDE w:val="0"/>
              <w:autoSpaceDN w:val="0"/>
              <w:spacing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полный </w:t>
            </w:r>
          </w:p>
        </w:tc>
        <w:tc>
          <w:tcPr>
            <w:tcW w:w="2140" w:type="dxa"/>
            <w:tcMar>
              <w:left w:w="0" w:type="dxa"/>
              <w:right w:w="0" w:type="dxa"/>
            </w:tcMar>
          </w:tcPr>
          <w:p w14:paraId="5284AA9A" w14:textId="77777777" w:rsidR="008211A7" w:rsidRDefault="00240B45">
            <w:pPr>
              <w:autoSpaceDE w:val="0"/>
              <w:autoSpaceDN w:val="0"/>
              <w:spacing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технологический </w:t>
            </w:r>
          </w:p>
        </w:tc>
        <w:tc>
          <w:tcPr>
            <w:tcW w:w="880" w:type="dxa"/>
            <w:tcMar>
              <w:left w:w="0" w:type="dxa"/>
              <w:right w:w="0" w:type="dxa"/>
            </w:tcMar>
          </w:tcPr>
          <w:p w14:paraId="4691C18B" w14:textId="77777777" w:rsidR="008211A7" w:rsidRDefault="00240B45">
            <w:pPr>
              <w:autoSpaceDE w:val="0"/>
              <w:autoSpaceDN w:val="0"/>
              <w:spacing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цикл </w:t>
            </w:r>
          </w:p>
        </w:tc>
        <w:tc>
          <w:tcPr>
            <w:tcW w:w="1480" w:type="dxa"/>
            <w:tcMar>
              <w:left w:w="0" w:type="dxa"/>
              <w:right w:w="0" w:type="dxa"/>
            </w:tcMar>
          </w:tcPr>
          <w:p w14:paraId="60BAC50A" w14:textId="77777777" w:rsidR="008211A7" w:rsidRDefault="00240B45">
            <w:pPr>
              <w:autoSpaceDE w:val="0"/>
              <w:autoSpaceDN w:val="0"/>
              <w:spacing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получения </w:t>
            </w:r>
          </w:p>
        </w:tc>
        <w:tc>
          <w:tcPr>
            <w:tcW w:w="1340" w:type="dxa"/>
            <w:tcMar>
              <w:left w:w="0" w:type="dxa"/>
              <w:right w:w="0" w:type="dxa"/>
            </w:tcMar>
          </w:tcPr>
          <w:p w14:paraId="7825FEC6" w14:textId="77777777" w:rsidR="008211A7" w:rsidRDefault="00240B45">
            <w:pPr>
              <w:autoSpaceDE w:val="0"/>
              <w:autoSpaceDN w:val="0"/>
              <w:spacing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наиболее </w:t>
            </w:r>
          </w:p>
        </w:tc>
        <w:tc>
          <w:tcPr>
            <w:tcW w:w="2060" w:type="dxa"/>
            <w:tcMar>
              <w:left w:w="0" w:type="dxa"/>
              <w:right w:w="0" w:type="dxa"/>
            </w:tcMar>
          </w:tcPr>
          <w:p w14:paraId="64ABF294" w14:textId="77777777" w:rsidR="008211A7" w:rsidRDefault="00240B45">
            <w:pPr>
              <w:autoSpaceDE w:val="0"/>
              <w:autoSpaceDN w:val="0"/>
              <w:spacing w:after="0" w:line="230" w:lineRule="auto"/>
              <w:ind w:left="1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распространённой</w:t>
            </w:r>
          </w:p>
        </w:tc>
      </w:tr>
    </w:tbl>
    <w:p w14:paraId="39A01EC9" w14:textId="77777777" w:rsidR="008211A7" w:rsidRPr="005A53F7" w:rsidRDefault="00240B45">
      <w:pPr>
        <w:tabs>
          <w:tab w:val="left" w:pos="180"/>
        </w:tabs>
        <w:autoSpaceDE w:val="0"/>
        <w:autoSpaceDN w:val="0"/>
        <w:spacing w:before="34" w:after="0" w:line="456" w:lineRule="auto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растениеводческой продукции своего региона;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виды и свойства почв данного региона;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назвать ручные и механизированные инструменты обработки почвы;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классифицировать культурные растения по различным основаниям;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называть полезные дикорастущие растения и знать их свойства;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назвать опасные для человека дикорастущие растения;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называть полезные для человека грибы;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называть опасные для человека грибы;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владеть методами сбора, переработки и хранения полезных дикорастущих растений и их плодов; </w:t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владеть методами сбора, переработки и хранения полезных для человека грибов;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характеризовать основные направления цифровизации и роботизации в растениеводстве;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получить возможность научиться использовать цифровые устройства и программные сервисы в технологии растениеводства; </w:t>
      </w:r>
      <w:r w:rsidRPr="005A53F7">
        <w:rPr>
          <w:lang w:val="ru-RU"/>
        </w:rPr>
        <w:br/>
      </w:r>
      <w:r w:rsidRPr="005A53F7">
        <w:rPr>
          <w:lang w:val="ru-RU"/>
        </w:rPr>
        <w:tab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характеризовать мир профессий, связанных с растениеводством, их востребованность на рынке труда.</w:t>
      </w:r>
    </w:p>
    <w:p w14:paraId="4EC9D15F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98" w:right="668" w:bottom="1440" w:left="666" w:header="720" w:footer="720" w:gutter="0"/>
          <w:cols w:space="720" w:equalWidth="0">
            <w:col w:w="10566" w:space="0"/>
          </w:cols>
          <w:docGrid w:linePitch="360"/>
        </w:sectPr>
      </w:pPr>
    </w:p>
    <w:p w14:paraId="2F7206E0" w14:textId="77777777" w:rsidR="008211A7" w:rsidRPr="005A53F7" w:rsidRDefault="008211A7">
      <w:pPr>
        <w:autoSpaceDE w:val="0"/>
        <w:autoSpaceDN w:val="0"/>
        <w:spacing w:after="64" w:line="220" w:lineRule="exact"/>
        <w:rPr>
          <w:lang w:val="ru-RU"/>
        </w:rPr>
      </w:pPr>
    </w:p>
    <w:p w14:paraId="447E7F4A" w14:textId="77777777" w:rsidR="008211A7" w:rsidRDefault="00240B45">
      <w:pPr>
        <w:autoSpaceDE w:val="0"/>
        <w:autoSpaceDN w:val="0"/>
        <w:spacing w:after="258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4768"/>
        <w:gridCol w:w="528"/>
        <w:gridCol w:w="1104"/>
        <w:gridCol w:w="1140"/>
        <w:gridCol w:w="804"/>
        <w:gridCol w:w="3110"/>
        <w:gridCol w:w="1178"/>
        <w:gridCol w:w="2474"/>
      </w:tblGrid>
      <w:tr w:rsidR="008211A7" w14:paraId="51573AAB" w14:textId="77777777">
        <w:trPr>
          <w:trHeight w:hRule="exact" w:val="348"/>
        </w:trPr>
        <w:tc>
          <w:tcPr>
            <w:tcW w:w="3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E61166" w14:textId="77777777" w:rsidR="008211A7" w:rsidRDefault="00240B45">
            <w:pPr>
              <w:autoSpaceDE w:val="0"/>
              <w:autoSpaceDN w:val="0"/>
              <w:spacing w:before="78" w:after="0" w:line="245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47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6C3655E3" w14:textId="77777777" w:rsidR="008211A7" w:rsidRPr="005A53F7" w:rsidRDefault="00240B45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2" w:type="dxa"/>
            <w:gridSpan w:val="3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89CB84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0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часов</w:t>
            </w:r>
            <w:proofErr w:type="spellEnd"/>
          </w:p>
        </w:tc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517013" w14:textId="77777777" w:rsidR="008211A7" w:rsidRDefault="00240B45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45831B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 деятельности</w:t>
            </w:r>
          </w:p>
        </w:tc>
        <w:tc>
          <w:tcPr>
            <w:tcW w:w="11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3ACE7" w14:textId="77777777" w:rsidR="008211A7" w:rsidRDefault="00240B45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Виды, формы контроля</w:t>
            </w:r>
          </w:p>
        </w:tc>
        <w:tc>
          <w:tcPr>
            <w:tcW w:w="24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CEAC3" w14:textId="77777777" w:rsidR="008211A7" w:rsidRDefault="00240B45">
            <w:pPr>
              <w:autoSpaceDE w:val="0"/>
              <w:autoSpaceDN w:val="0"/>
              <w:spacing w:before="78" w:after="0" w:line="245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Электронные (цифровые) образовательные ресурсы</w:t>
            </w:r>
          </w:p>
        </w:tc>
      </w:tr>
      <w:tr w:rsidR="008211A7" w14:paraId="7C55A6A2" w14:textId="77777777">
        <w:trPr>
          <w:trHeight w:hRule="exact" w:val="540"/>
        </w:trPr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28778" w14:textId="77777777" w:rsidR="008211A7" w:rsidRDefault="008211A7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</w:tcPr>
          <w:p w14:paraId="36C3B5CD" w14:textId="77777777" w:rsidR="008211A7" w:rsidRDefault="008211A7"/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23D96" w14:textId="77777777" w:rsidR="008211A7" w:rsidRDefault="00240B45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A15B3C" w14:textId="77777777" w:rsidR="008211A7" w:rsidRDefault="00240B45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61265" w14:textId="77777777" w:rsidR="008211A7" w:rsidRDefault="00240B45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C8170" w14:textId="77777777" w:rsidR="008211A7" w:rsidRDefault="008211A7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E69DF" w14:textId="77777777" w:rsidR="008211A7" w:rsidRDefault="008211A7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07518" w14:textId="77777777" w:rsidR="008211A7" w:rsidRDefault="008211A7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8CE77" w14:textId="77777777" w:rsidR="008211A7" w:rsidRDefault="008211A7"/>
        </w:tc>
      </w:tr>
      <w:tr w:rsidR="008211A7" w14:paraId="35E280F8" w14:textId="77777777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69B58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Модуль 1. 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Производство и технология</w:t>
            </w:r>
          </w:p>
        </w:tc>
      </w:tr>
      <w:tr w:rsidR="008211A7" w:rsidRPr="0092459D" w14:paraId="6E3D8035" w14:textId="77777777">
        <w:trPr>
          <w:trHeight w:hRule="exact" w:val="111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7A89A0" w14:textId="77777777" w:rsidR="008211A7" w:rsidRDefault="00240B45">
            <w:pPr>
              <w:autoSpaceDE w:val="0"/>
              <w:autoSpaceDN w:val="0"/>
              <w:spacing w:before="8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4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70FEAFAA" w14:textId="77777777" w:rsidR="008211A7" w:rsidRDefault="00240B45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Преобразовательная деятельность человека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A60637" w14:textId="77777777" w:rsidR="008211A7" w:rsidRDefault="00240B45">
            <w:pPr>
              <w:autoSpaceDE w:val="0"/>
              <w:autoSpaceDN w:val="0"/>
              <w:spacing w:before="80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4956C0" w14:textId="77777777" w:rsidR="008211A7" w:rsidRDefault="00240B45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91FDD0" w14:textId="77777777" w:rsidR="008211A7" w:rsidRDefault="00240B45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2C3FE" w14:textId="77777777" w:rsidR="008211A7" w:rsidRDefault="008211A7"/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5C04A" w14:textId="77777777" w:rsidR="008211A7" w:rsidRPr="005A53F7" w:rsidRDefault="00240B45">
            <w:pPr>
              <w:autoSpaceDE w:val="0"/>
              <w:autoSpaceDN w:val="0"/>
              <w:spacing w:before="80" w:after="0" w:line="252" w:lineRule="auto"/>
              <w:ind w:left="74"/>
              <w:rPr>
                <w:lang w:val="ru-RU"/>
              </w:rPr>
            </w:pPr>
            <w:proofErr w:type="gramStart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характеризовать</w:t>
            </w:r>
            <w:proofErr w:type="gram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познавательную и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преобразовательную деятельность;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человека;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выделять простейшие элементы различных моделей;;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0EB419" w14:textId="77777777" w:rsidR="008211A7" w:rsidRPr="005A53F7" w:rsidRDefault="00240B45">
            <w:pPr>
              <w:autoSpaceDE w:val="0"/>
              <w:autoSpaceDN w:val="0"/>
              <w:spacing w:before="80" w:after="0" w:line="252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Практическая; работа; </w:t>
            </w:r>
            <w:r w:rsidRPr="005A53F7">
              <w:rPr>
                <w:lang w:val="ru-RU"/>
              </w:rPr>
              <w:br/>
            </w:r>
            <w:proofErr w:type="gramStart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Тестирование;;</w:t>
            </w:r>
            <w:proofErr w:type="gramEnd"/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1FD50F" w14:textId="77777777" w:rsidR="008211A7" w:rsidRPr="005A53F7" w:rsidRDefault="00240B45">
            <w:pPr>
              <w:autoSpaceDE w:val="0"/>
              <w:autoSpaceDN w:val="0"/>
              <w:spacing w:before="80" w:after="0" w:line="245" w:lineRule="auto"/>
              <w:ind w:left="72" w:right="115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/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Презентация</w:t>
            </w:r>
          </w:p>
        </w:tc>
      </w:tr>
      <w:tr w:rsidR="008211A7" w:rsidRPr="0092459D" w14:paraId="116681C7" w14:textId="77777777">
        <w:trPr>
          <w:trHeight w:hRule="exact" w:val="246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6757" w14:textId="77777777" w:rsidR="008211A7" w:rsidRDefault="00240B45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4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01C558A4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Простейшие машины и механизмы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62B80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1F8F84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D18666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1DBE3D" w14:textId="77777777" w:rsidR="008211A7" w:rsidRDefault="008211A7"/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F311" w14:textId="77777777" w:rsidR="008211A7" w:rsidRPr="005A53F7" w:rsidRDefault="00240B45">
            <w:pPr>
              <w:autoSpaceDE w:val="0"/>
              <w:autoSpaceDN w:val="0"/>
              <w:spacing w:before="76" w:after="0" w:line="254" w:lineRule="auto"/>
              <w:ind w:left="74"/>
              <w:rPr>
                <w:lang w:val="ru-RU"/>
              </w:rPr>
            </w:pPr>
            <w:proofErr w:type="gramStart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называть</w:t>
            </w:r>
            <w:proofErr w:type="gram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основные виды механических движений;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описывать способы преобразования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движения из одного вида в;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другой;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называть способы передачи движения с заданными усилиями и;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скоростями;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изображать графически простейшую схему машины или механизма;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том числе с обратной связью;;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D4A2E7" w14:textId="77777777" w:rsidR="008211A7" w:rsidRPr="005A53F7" w:rsidRDefault="00240B45">
            <w:pPr>
              <w:autoSpaceDE w:val="0"/>
              <w:autoSpaceDN w:val="0"/>
              <w:spacing w:before="76" w:after="0" w:line="252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Практическая; работа;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</w:t>
            </w:r>
            <w:proofErr w:type="gramStart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; ;</w:t>
            </w:r>
            <w:proofErr w:type="gramEnd"/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A3595" w14:textId="77777777" w:rsidR="008211A7" w:rsidRPr="005A53F7" w:rsidRDefault="00240B45">
            <w:pPr>
              <w:autoSpaceDE w:val="0"/>
              <w:autoSpaceDN w:val="0"/>
              <w:spacing w:before="76" w:after="0" w:line="245" w:lineRule="auto"/>
              <w:ind w:left="72" w:right="115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/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Презентация</w:t>
            </w:r>
          </w:p>
        </w:tc>
      </w:tr>
      <w:tr w:rsidR="008211A7" w14:paraId="264DD8C9" w14:textId="77777777">
        <w:trPr>
          <w:trHeight w:hRule="exact" w:val="350"/>
        </w:trPr>
        <w:tc>
          <w:tcPr>
            <w:tcW w:w="51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248D714F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модулю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409826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8</w:t>
            </w:r>
          </w:p>
        </w:tc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19C958" w14:textId="77777777" w:rsidR="008211A7" w:rsidRDefault="008211A7"/>
        </w:tc>
      </w:tr>
      <w:tr w:rsidR="008211A7" w:rsidRPr="0092459D" w14:paraId="0D2DC53D" w14:textId="77777777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826A1E" w14:textId="77777777" w:rsidR="008211A7" w:rsidRPr="005A53F7" w:rsidRDefault="00240B45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Модуль 2. </w:t>
            </w:r>
            <w:r w:rsidRPr="005A53F7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Технологии обработки материалов и пищевых продуктов</w:t>
            </w:r>
          </w:p>
        </w:tc>
      </w:tr>
      <w:tr w:rsidR="008211A7" w:rsidRPr="0092459D" w14:paraId="42010A7C" w14:textId="77777777">
        <w:trPr>
          <w:trHeight w:hRule="exact" w:val="188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45B73" w14:textId="77777777" w:rsidR="008211A7" w:rsidRDefault="00240B45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4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4C651DA6" w14:textId="77777777" w:rsidR="008211A7" w:rsidRPr="005A53F7" w:rsidRDefault="00240B45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Структура технологии: от материала к изделию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2F3F19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47B19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3FD4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F4885F" w14:textId="77777777" w:rsidR="008211A7" w:rsidRDefault="008211A7"/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2094FB" w14:textId="77777777" w:rsidR="008211A7" w:rsidRDefault="00240B45">
            <w:pPr>
              <w:autoSpaceDE w:val="0"/>
              <w:autoSpaceDN w:val="0"/>
              <w:spacing w:before="76" w:after="0" w:line="254" w:lineRule="auto"/>
              <w:ind w:left="74" w:right="288"/>
            </w:pPr>
            <w:proofErr w:type="gramStart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называть</w:t>
            </w:r>
            <w:proofErr w:type="gram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основные элементы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технологической цепочки;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называть основные виды деятельности в процессе создания;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технологии;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объяснять назначение технологии;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читать (изображать) графическую </w:t>
            </w:r>
            <w:r w:rsidRPr="005A53F7">
              <w:rPr>
                <w:lang w:val="ru-RU"/>
              </w:rP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структуру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технологической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;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цепочки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;;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002D64" w14:textId="77777777" w:rsidR="008211A7" w:rsidRPr="005A53F7" w:rsidRDefault="00240B45">
            <w:pPr>
              <w:autoSpaceDE w:val="0"/>
              <w:autoSpaceDN w:val="0"/>
              <w:spacing w:before="76" w:after="0" w:line="252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Практическая; работа; </w:t>
            </w:r>
            <w:r w:rsidRPr="005A53F7">
              <w:rPr>
                <w:lang w:val="ru-RU"/>
              </w:rPr>
              <w:br/>
            </w:r>
            <w:proofErr w:type="gramStart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Тестирование;;</w:t>
            </w:r>
            <w:proofErr w:type="gramEnd"/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D9FE64" w14:textId="77777777" w:rsidR="008211A7" w:rsidRPr="005A53F7" w:rsidRDefault="008211A7">
            <w:pPr>
              <w:rPr>
                <w:lang w:val="ru-RU"/>
              </w:rPr>
            </w:pPr>
          </w:p>
        </w:tc>
      </w:tr>
      <w:tr w:rsidR="008211A7" w:rsidRPr="0092459D" w14:paraId="39D51E8B" w14:textId="77777777">
        <w:trPr>
          <w:trHeight w:hRule="exact" w:val="2442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FC0DD0" w14:textId="77777777" w:rsidR="008211A7" w:rsidRDefault="00240B45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4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2CAACB71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Материалы и изделия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4B7097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2B0FB8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06EEE5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79424" w14:textId="77777777" w:rsidR="008211A7" w:rsidRDefault="008211A7"/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CB17D2" w14:textId="77777777" w:rsidR="008211A7" w:rsidRPr="005A53F7" w:rsidRDefault="00240B45">
            <w:pPr>
              <w:autoSpaceDE w:val="0"/>
              <w:autoSpaceDN w:val="0"/>
              <w:spacing w:before="78" w:after="0" w:line="254" w:lineRule="auto"/>
              <w:ind w:left="74" w:right="144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называть основные свойства бумаги и области её использования;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называть основные свойства ткани и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области её использования;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называть основные свойства древесины и области её использования;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называть основные свойства металлов и области их использования;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сравнивать свойства бумаги;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ткани;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дерева;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металла;;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5DBF1C" w14:textId="77777777" w:rsidR="008211A7" w:rsidRPr="005A53F7" w:rsidRDefault="00240B45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Практическая; работа; </w:t>
            </w:r>
            <w:r w:rsidRPr="005A53F7">
              <w:rPr>
                <w:lang w:val="ru-RU"/>
              </w:rPr>
              <w:br/>
            </w:r>
            <w:proofErr w:type="gramStart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Тестирование;;</w:t>
            </w:r>
            <w:proofErr w:type="gramEnd"/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797D9F" w14:textId="77777777" w:rsidR="008211A7" w:rsidRPr="005A53F7" w:rsidRDefault="00240B45">
            <w:pPr>
              <w:autoSpaceDE w:val="0"/>
              <w:autoSpaceDN w:val="0"/>
              <w:spacing w:before="78" w:after="0" w:line="245" w:lineRule="auto"/>
              <w:ind w:left="72" w:right="115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/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Презентация</w:t>
            </w:r>
          </w:p>
        </w:tc>
      </w:tr>
    </w:tbl>
    <w:p w14:paraId="400195FC" w14:textId="77777777" w:rsidR="008211A7" w:rsidRPr="005A53F7" w:rsidRDefault="008211A7">
      <w:pPr>
        <w:autoSpaceDE w:val="0"/>
        <w:autoSpaceDN w:val="0"/>
        <w:spacing w:after="0" w:line="14" w:lineRule="exact"/>
        <w:rPr>
          <w:lang w:val="ru-RU"/>
        </w:rPr>
      </w:pPr>
    </w:p>
    <w:p w14:paraId="17E3B612" w14:textId="77777777" w:rsidR="008211A7" w:rsidRPr="005A53F7" w:rsidRDefault="008211A7">
      <w:pPr>
        <w:rPr>
          <w:lang w:val="ru-RU"/>
        </w:rPr>
        <w:sectPr w:rsidR="008211A7" w:rsidRPr="005A53F7">
          <w:pgSz w:w="16840" w:h="11900"/>
          <w:pgMar w:top="282" w:right="640" w:bottom="496" w:left="666" w:header="720" w:footer="720" w:gutter="0"/>
          <w:cols w:space="720" w:equalWidth="0">
            <w:col w:w="15534" w:space="0"/>
          </w:cols>
          <w:docGrid w:linePitch="360"/>
        </w:sectPr>
      </w:pPr>
    </w:p>
    <w:p w14:paraId="15CC9BFF" w14:textId="77777777" w:rsidR="008211A7" w:rsidRPr="005A53F7" w:rsidRDefault="008211A7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4768"/>
        <w:gridCol w:w="528"/>
        <w:gridCol w:w="1104"/>
        <w:gridCol w:w="1140"/>
        <w:gridCol w:w="804"/>
        <w:gridCol w:w="3110"/>
        <w:gridCol w:w="1178"/>
        <w:gridCol w:w="2474"/>
      </w:tblGrid>
      <w:tr w:rsidR="008211A7" w:rsidRPr="0092459D" w14:paraId="30B0CEA6" w14:textId="77777777">
        <w:trPr>
          <w:trHeight w:hRule="exact" w:val="284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8935BD" w14:textId="77777777" w:rsidR="008211A7" w:rsidRDefault="00240B45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4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5BDF8506" w14:textId="77777777" w:rsidR="008211A7" w:rsidRPr="005A53F7" w:rsidRDefault="00240B45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Трудовые действия как основные слагаемые технологии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FF3091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30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F6E80A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30BEC4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35E11" w14:textId="77777777" w:rsidR="008211A7" w:rsidRDefault="008211A7"/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0C6534" w14:textId="77777777" w:rsidR="008211A7" w:rsidRPr="005A53F7" w:rsidRDefault="00240B45">
            <w:pPr>
              <w:autoSpaceDE w:val="0"/>
              <w:autoSpaceDN w:val="0"/>
              <w:spacing w:before="78" w:after="0" w:line="254" w:lineRule="auto"/>
              <w:ind w:left="74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называть основные измерительные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инструменты;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называть основные трудовые действия; необходимые при обработке;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данного материала;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выбирать масштаб измерения;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адекватный поставленной задаче;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оценивать погрешность измерения;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осуществлять измерение с помощью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конкретного измерительного;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инструмента;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конструировать технологические операции по обработке данного;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материала из трудовых действий;;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934A1F" w14:textId="77777777" w:rsidR="008211A7" w:rsidRPr="005A53F7" w:rsidRDefault="00240B45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Практическая; работа; </w:t>
            </w:r>
            <w:r w:rsidRPr="005A53F7">
              <w:rPr>
                <w:lang w:val="ru-RU"/>
              </w:rPr>
              <w:br/>
            </w:r>
            <w:proofErr w:type="gramStart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Тестирование;;</w:t>
            </w:r>
            <w:proofErr w:type="gramEnd"/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F2CA7" w14:textId="77777777" w:rsidR="008211A7" w:rsidRPr="005A53F7" w:rsidRDefault="00240B45">
            <w:pPr>
              <w:autoSpaceDE w:val="0"/>
              <w:autoSpaceDN w:val="0"/>
              <w:spacing w:before="78" w:after="0" w:line="245" w:lineRule="auto"/>
              <w:ind w:left="72" w:right="115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/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Презентация</w:t>
            </w:r>
          </w:p>
        </w:tc>
      </w:tr>
      <w:tr w:rsidR="008211A7" w:rsidRPr="0092459D" w14:paraId="4B160F9D" w14:textId="77777777">
        <w:trPr>
          <w:trHeight w:hRule="exact" w:val="277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470D4" w14:textId="77777777" w:rsidR="008211A7" w:rsidRDefault="00240B45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4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0199232D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Основные ручные инструменты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724A0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4FF91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7D4334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880073" w14:textId="77777777" w:rsidR="008211A7" w:rsidRDefault="008211A7"/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861E76" w14:textId="77777777" w:rsidR="008211A7" w:rsidRPr="005A53F7" w:rsidRDefault="00240B45">
            <w:pPr>
              <w:autoSpaceDE w:val="0"/>
              <w:autoSpaceDN w:val="0"/>
              <w:spacing w:before="76" w:after="0" w:line="254" w:lineRule="auto"/>
              <w:ind w:left="74" w:right="144"/>
              <w:rPr>
                <w:lang w:val="ru-RU"/>
              </w:rPr>
            </w:pPr>
            <w:proofErr w:type="gramStart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называть</w:t>
            </w:r>
            <w:proofErr w:type="gram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назначение инструментов для работы с данным материалом;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оценивать эффективность использования данного инструмента;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выбирать инструменты;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необходимые для изготовления данного; изделия;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создавать с помощью инструментов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простейшие изделия из бумаги;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ткани;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древесины;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железа;;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4B50D0" w14:textId="77777777" w:rsidR="008211A7" w:rsidRPr="005A53F7" w:rsidRDefault="00240B45">
            <w:pPr>
              <w:autoSpaceDE w:val="0"/>
              <w:autoSpaceDN w:val="0"/>
              <w:spacing w:before="76" w:after="0" w:line="252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Практическая; работа;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Тестирование;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FB07" w14:textId="77777777" w:rsidR="008211A7" w:rsidRPr="005A53F7" w:rsidRDefault="00240B45">
            <w:pPr>
              <w:autoSpaceDE w:val="0"/>
              <w:autoSpaceDN w:val="0"/>
              <w:spacing w:before="76" w:after="0" w:line="245" w:lineRule="auto"/>
              <w:ind w:left="72" w:right="115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/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Презентация</w:t>
            </w:r>
          </w:p>
        </w:tc>
      </w:tr>
      <w:tr w:rsidR="008211A7" w14:paraId="5ED56A4B" w14:textId="77777777">
        <w:trPr>
          <w:trHeight w:hRule="exact" w:val="348"/>
        </w:trPr>
        <w:tc>
          <w:tcPr>
            <w:tcW w:w="51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2861CC3C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модулю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E4D73D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48</w:t>
            </w:r>
          </w:p>
        </w:tc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2216E7" w14:textId="77777777" w:rsidR="008211A7" w:rsidRDefault="008211A7"/>
        </w:tc>
      </w:tr>
      <w:tr w:rsidR="008211A7" w14:paraId="2106F2ED" w14:textId="77777777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5B98F0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Модуль 3.</w:t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Робототехника</w:t>
            </w:r>
          </w:p>
        </w:tc>
      </w:tr>
      <w:tr w:rsidR="008211A7" w14:paraId="471412E5" w14:textId="77777777">
        <w:trPr>
          <w:trHeight w:hRule="exact" w:val="111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2295E" w14:textId="77777777" w:rsidR="008211A7" w:rsidRDefault="00240B45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4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4219C8A0" w14:textId="77777777" w:rsidR="008211A7" w:rsidRPr="005A53F7" w:rsidRDefault="00240B45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Алгоритмы и исполнители. Роботы как исполнители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3274EB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C5090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6B5B16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922C5E" w14:textId="77777777" w:rsidR="008211A7" w:rsidRDefault="008211A7"/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BCCFAA" w14:textId="77777777" w:rsidR="008211A7" w:rsidRDefault="00240B45">
            <w:pPr>
              <w:autoSpaceDE w:val="0"/>
              <w:autoSpaceDN w:val="0"/>
              <w:spacing w:before="76" w:after="0" w:line="252" w:lineRule="auto"/>
              <w:ind w:left="74" w:right="288"/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Понятие исполнителя. Управление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исполнителем: непосредственное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или согласно плану.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Системы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исполнителей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. Общие представления о технологии.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778B78" w14:textId="77777777" w:rsidR="008211A7" w:rsidRPr="005A53F7" w:rsidRDefault="00240B45">
            <w:pPr>
              <w:autoSpaceDE w:val="0"/>
              <w:autoSpaceDN w:val="0"/>
              <w:spacing w:before="76" w:after="0" w:line="252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Практическая; работа;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Тестирование;</w:t>
            </w:r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2E44D9" w14:textId="77777777" w:rsidR="008211A7" w:rsidRDefault="00240B45">
            <w:pPr>
              <w:autoSpaceDE w:val="0"/>
              <w:autoSpaceDN w:val="0"/>
              <w:spacing w:before="76" w:after="0" w:line="245" w:lineRule="auto"/>
              <w:ind w:left="72" w:right="144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Презентация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,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Видеоролик</w:t>
            </w:r>
            <w:proofErr w:type="spellEnd"/>
          </w:p>
        </w:tc>
      </w:tr>
      <w:tr w:rsidR="008211A7" w14:paraId="11524268" w14:textId="77777777">
        <w:trPr>
          <w:trHeight w:hRule="exact" w:val="1116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25C1C4" w14:textId="77777777" w:rsidR="008211A7" w:rsidRDefault="00240B45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47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0B876F99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Роботы: конструирование и управление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0E991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9D473B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C256F6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8EDB82" w14:textId="77777777" w:rsidR="008211A7" w:rsidRDefault="008211A7"/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7D049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Принципы программирования роботов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4E53FE" w14:textId="77777777" w:rsidR="008211A7" w:rsidRPr="005A53F7" w:rsidRDefault="00240B45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Практическая; работа; </w:t>
            </w:r>
            <w:r w:rsidRPr="005A53F7">
              <w:rPr>
                <w:lang w:val="ru-RU"/>
              </w:rPr>
              <w:br/>
            </w:r>
            <w:proofErr w:type="gramStart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Тестирование;;</w:t>
            </w:r>
            <w:proofErr w:type="gramEnd"/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F8F816" w14:textId="77777777" w:rsidR="008211A7" w:rsidRDefault="00240B45">
            <w:pPr>
              <w:autoSpaceDE w:val="0"/>
              <w:autoSpaceDN w:val="0"/>
              <w:spacing w:before="78" w:after="0" w:line="245" w:lineRule="auto"/>
              <w:ind w:left="72" w:right="1440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Презентация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,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видеоролик</w:t>
            </w:r>
            <w:proofErr w:type="spellEnd"/>
          </w:p>
        </w:tc>
      </w:tr>
      <w:tr w:rsidR="008211A7" w14:paraId="0CCCCE1B" w14:textId="77777777">
        <w:trPr>
          <w:trHeight w:hRule="exact" w:val="350"/>
        </w:trPr>
        <w:tc>
          <w:tcPr>
            <w:tcW w:w="5164" w:type="dxa"/>
            <w:gridSpan w:val="2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1BCA3E2A" w14:textId="77777777" w:rsidR="008211A7" w:rsidRDefault="00240B45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BF9571" w14:textId="77777777" w:rsidR="008211A7" w:rsidRDefault="00240B45">
            <w:pPr>
              <w:autoSpaceDE w:val="0"/>
              <w:autoSpaceDN w:val="0"/>
              <w:spacing w:before="76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9810" w:type="dxa"/>
            <w:gridSpan w:val="6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D4F521" w14:textId="77777777" w:rsidR="008211A7" w:rsidRDefault="008211A7"/>
        </w:tc>
      </w:tr>
      <w:tr w:rsidR="008211A7" w:rsidRPr="0092459D" w14:paraId="5EB2EB77" w14:textId="77777777">
        <w:trPr>
          <w:trHeight w:hRule="exact" w:val="32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0B907E" w14:textId="77777777" w:rsidR="008211A7" w:rsidRPr="005A53F7" w:rsidRDefault="00240B45">
            <w:pPr>
              <w:autoSpaceDE w:val="0"/>
              <w:autoSpaceDN w:val="0"/>
              <w:spacing w:before="76" w:after="0" w:line="230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Модуль 4.</w:t>
            </w:r>
            <w:r w:rsidRPr="005A53F7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Животноводство. </w:t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Элементы технологии выращивания сельскохозяйственных животных</w:t>
            </w:r>
          </w:p>
        </w:tc>
      </w:tr>
    </w:tbl>
    <w:p w14:paraId="11002F31" w14:textId="77777777" w:rsidR="008211A7" w:rsidRPr="005A53F7" w:rsidRDefault="008211A7">
      <w:pPr>
        <w:autoSpaceDE w:val="0"/>
        <w:autoSpaceDN w:val="0"/>
        <w:spacing w:after="0" w:line="14" w:lineRule="exact"/>
        <w:rPr>
          <w:lang w:val="ru-RU"/>
        </w:rPr>
      </w:pPr>
    </w:p>
    <w:p w14:paraId="4F1F210C" w14:textId="77777777" w:rsidR="008211A7" w:rsidRPr="005A53F7" w:rsidRDefault="008211A7">
      <w:pPr>
        <w:rPr>
          <w:lang w:val="ru-RU"/>
        </w:rPr>
        <w:sectPr w:rsidR="008211A7" w:rsidRPr="005A53F7">
          <w:pgSz w:w="16840" w:h="11900"/>
          <w:pgMar w:top="284" w:right="640" w:bottom="1036" w:left="666" w:header="720" w:footer="720" w:gutter="0"/>
          <w:cols w:space="720" w:equalWidth="0">
            <w:col w:w="15534" w:space="0"/>
          </w:cols>
          <w:docGrid w:linePitch="360"/>
        </w:sectPr>
      </w:pPr>
    </w:p>
    <w:p w14:paraId="7843B6AD" w14:textId="77777777" w:rsidR="008211A7" w:rsidRPr="005A53F7" w:rsidRDefault="008211A7">
      <w:pPr>
        <w:autoSpaceDE w:val="0"/>
        <w:autoSpaceDN w:val="0"/>
        <w:spacing w:after="66" w:line="220" w:lineRule="exact"/>
        <w:rPr>
          <w:lang w:val="ru-RU"/>
        </w:r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396"/>
        <w:gridCol w:w="4768"/>
        <w:gridCol w:w="528"/>
        <w:gridCol w:w="1104"/>
        <w:gridCol w:w="1140"/>
        <w:gridCol w:w="804"/>
        <w:gridCol w:w="3110"/>
        <w:gridCol w:w="1178"/>
        <w:gridCol w:w="2474"/>
      </w:tblGrid>
      <w:tr w:rsidR="008211A7" w:rsidRPr="0092459D" w14:paraId="3C2DB96A" w14:textId="77777777">
        <w:trPr>
          <w:trHeight w:hRule="exact" w:val="3050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40B93" w14:textId="77777777" w:rsidR="008211A7" w:rsidRDefault="00240B45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4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73FCE2A3" w14:textId="77777777" w:rsidR="008211A7" w:rsidRDefault="00240B45">
            <w:pPr>
              <w:autoSpaceDE w:val="0"/>
              <w:autoSpaceDN w:val="0"/>
              <w:spacing w:before="78" w:after="0" w:line="245" w:lineRule="auto"/>
              <w:ind w:left="72" w:right="720"/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Приручение животных как фактор развития человеческой цивилизации.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Сельскохозяйственные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животные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780F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FDA034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F7D30A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812E8" w14:textId="77777777" w:rsidR="008211A7" w:rsidRDefault="008211A7"/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AA13D1" w14:textId="77777777" w:rsidR="008211A7" w:rsidRPr="005A53F7" w:rsidRDefault="00240B45">
            <w:pPr>
              <w:autoSpaceDE w:val="0"/>
              <w:autoSpaceDN w:val="0"/>
              <w:spacing w:before="78" w:after="0" w:line="252" w:lineRule="auto"/>
              <w:ind w:left="74" w:right="288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Получать представление о потребностях человека, кроме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потребностей в пище и одежде, можно удовлетворить с помощью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животных в 21 веке.</w:t>
            </w:r>
          </w:p>
          <w:p w14:paraId="4DC701FB" w14:textId="77777777" w:rsidR="008211A7" w:rsidRPr="005A53F7" w:rsidRDefault="00240B45">
            <w:pPr>
              <w:autoSpaceDE w:val="0"/>
              <w:autoSpaceDN w:val="0"/>
              <w:spacing w:before="20" w:after="0" w:line="247" w:lineRule="auto"/>
              <w:ind w:left="74" w:right="144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Определять в каких областях современной жизни и для чего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используются животные.</w:t>
            </w:r>
          </w:p>
          <w:p w14:paraId="66A3D7D8" w14:textId="77777777" w:rsidR="008211A7" w:rsidRPr="005A53F7" w:rsidRDefault="00240B45">
            <w:pPr>
              <w:autoSpaceDE w:val="0"/>
              <w:autoSpaceDN w:val="0"/>
              <w:spacing w:before="20" w:after="0" w:line="250" w:lineRule="auto"/>
              <w:ind w:left="74" w:right="288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Внимательно относиться к животным и вести за ними наблюдения,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чтобы выявлять тех животных, которые нуждаются в помощи.</w:t>
            </w:r>
          </w:p>
          <w:p w14:paraId="369C5542" w14:textId="77777777" w:rsidR="008211A7" w:rsidRPr="005A53F7" w:rsidRDefault="00240B45">
            <w:pPr>
              <w:autoSpaceDE w:val="0"/>
              <w:autoSpaceDN w:val="0"/>
              <w:spacing w:before="18" w:after="0" w:line="250" w:lineRule="auto"/>
              <w:ind w:left="74" w:right="43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Участие в акции «Открытка </w:t>
            </w:r>
            <w:proofErr w:type="spellStart"/>
            <w:proofErr w:type="gramStart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ветерану»согласно</w:t>
            </w:r>
            <w:proofErr w:type="spellEnd"/>
            <w:proofErr w:type="gram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 программы </w:t>
            </w:r>
            <w:r w:rsidRPr="005A53F7">
              <w:rPr>
                <w:lang w:val="ru-RU"/>
              </w:rPr>
              <w:br/>
            </w:r>
            <w:proofErr w:type="spellStart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воспитани</w:t>
            </w:r>
            <w:proofErr w:type="spellEnd"/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F8C03" w14:textId="77777777" w:rsidR="008211A7" w:rsidRPr="005A53F7" w:rsidRDefault="00240B45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Практическая; работа; </w:t>
            </w:r>
            <w:r w:rsidRPr="005A53F7">
              <w:rPr>
                <w:lang w:val="ru-RU"/>
              </w:rPr>
              <w:br/>
            </w:r>
            <w:proofErr w:type="gramStart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Тестирование;;</w:t>
            </w:r>
            <w:proofErr w:type="gramEnd"/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2B0A10" w14:textId="77777777" w:rsidR="008211A7" w:rsidRPr="005A53F7" w:rsidRDefault="00240B45">
            <w:pPr>
              <w:autoSpaceDE w:val="0"/>
              <w:autoSpaceDN w:val="0"/>
              <w:spacing w:before="78" w:after="0" w:line="245" w:lineRule="auto"/>
              <w:ind w:left="72" w:right="115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/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Презентация</w:t>
            </w:r>
          </w:p>
        </w:tc>
      </w:tr>
      <w:tr w:rsidR="008211A7" w14:paraId="008FF3E4" w14:textId="77777777">
        <w:trPr>
          <w:trHeight w:hRule="exact" w:val="348"/>
        </w:trPr>
        <w:tc>
          <w:tcPr>
            <w:tcW w:w="51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412EFACA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модулю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7E4B6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DDEFA" w14:textId="77777777" w:rsidR="008211A7" w:rsidRDefault="008211A7"/>
        </w:tc>
      </w:tr>
      <w:tr w:rsidR="008211A7" w:rsidRPr="0092459D" w14:paraId="74E1AE9C" w14:textId="77777777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C27DA" w14:textId="77777777" w:rsidR="008211A7" w:rsidRPr="005A53F7" w:rsidRDefault="00240B45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Модуль 5.</w:t>
            </w:r>
            <w:r w:rsidRPr="005A53F7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Растениеводство. </w:t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Элементы технологии возделывания сельскохозяйственных культур</w:t>
            </w:r>
          </w:p>
        </w:tc>
      </w:tr>
      <w:tr w:rsidR="008211A7" w:rsidRPr="0092459D" w14:paraId="0FBF0BC5" w14:textId="77777777">
        <w:trPr>
          <w:trHeight w:hRule="exact" w:val="2654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F488E7" w14:textId="77777777" w:rsidR="008211A7" w:rsidRDefault="00240B45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5.1.</w:t>
            </w:r>
          </w:p>
        </w:tc>
        <w:tc>
          <w:tcPr>
            <w:tcW w:w="4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1034C948" w14:textId="77777777" w:rsidR="008211A7" w:rsidRPr="005A53F7" w:rsidRDefault="00240B45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Почвы, виды почв, плодородие почв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A8DF2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C45EFF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7D2D90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49A761" w14:textId="77777777" w:rsidR="008211A7" w:rsidRDefault="008211A7"/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72BAD" w14:textId="77777777" w:rsidR="008211A7" w:rsidRPr="005A53F7" w:rsidRDefault="00240B45">
            <w:pPr>
              <w:autoSpaceDE w:val="0"/>
              <w:autoSpaceDN w:val="0"/>
              <w:spacing w:before="78" w:after="0" w:line="247" w:lineRule="auto"/>
              <w:ind w:left="74" w:right="43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Осваивать новые понятия: культурные растения, растениеводство и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агротехнология.</w:t>
            </w:r>
          </w:p>
          <w:p w14:paraId="524353DA" w14:textId="77777777" w:rsidR="008211A7" w:rsidRPr="005A53F7" w:rsidRDefault="00240B45">
            <w:pPr>
              <w:autoSpaceDE w:val="0"/>
              <w:autoSpaceDN w:val="0"/>
              <w:spacing w:before="20" w:after="0" w:line="247" w:lineRule="auto"/>
              <w:ind w:left="74" w:right="43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Получать представление об основных агротехнологических приемах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выращивания культурных растений.</w:t>
            </w:r>
          </w:p>
          <w:p w14:paraId="7BF4C163" w14:textId="77777777" w:rsidR="008211A7" w:rsidRPr="005A53F7" w:rsidRDefault="00240B45">
            <w:pPr>
              <w:autoSpaceDE w:val="0"/>
              <w:autoSpaceDN w:val="0"/>
              <w:spacing w:before="20" w:after="0" w:line="247" w:lineRule="auto"/>
              <w:ind w:left="74" w:right="144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Осознавать значение культурных растений в жизнедеятельности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человека.</w:t>
            </w:r>
          </w:p>
          <w:p w14:paraId="77ABE215" w14:textId="77777777" w:rsidR="008211A7" w:rsidRPr="005A53F7" w:rsidRDefault="00240B45">
            <w:pPr>
              <w:autoSpaceDE w:val="0"/>
              <w:autoSpaceDN w:val="0"/>
              <w:spacing w:before="20" w:after="0" w:line="250" w:lineRule="auto"/>
              <w:ind w:left="74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Знакомиться с классификацией культурных растений и видами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исследований культурных растений.</w:t>
            </w:r>
          </w:p>
          <w:p w14:paraId="180D27DB" w14:textId="77777777" w:rsidR="008211A7" w:rsidRDefault="00240B45">
            <w:pPr>
              <w:autoSpaceDE w:val="0"/>
              <w:autoSpaceDN w:val="0"/>
              <w:spacing w:before="18" w:after="0" w:line="233" w:lineRule="auto"/>
              <w:ind w:left="74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Состав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виды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почв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.</w:t>
            </w:r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BEC982" w14:textId="77777777" w:rsidR="008211A7" w:rsidRPr="005A53F7" w:rsidRDefault="00240B45">
            <w:pPr>
              <w:autoSpaceDE w:val="0"/>
              <w:autoSpaceDN w:val="0"/>
              <w:spacing w:before="78" w:after="0" w:line="252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Практическая; работа;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</w:t>
            </w:r>
            <w:proofErr w:type="gramStart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; ;</w:t>
            </w:r>
            <w:proofErr w:type="gramEnd"/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56EF8" w14:textId="77777777" w:rsidR="008211A7" w:rsidRPr="005A53F7" w:rsidRDefault="00240B45">
            <w:pPr>
              <w:autoSpaceDE w:val="0"/>
              <w:autoSpaceDN w:val="0"/>
              <w:spacing w:before="78" w:after="0" w:line="245" w:lineRule="auto"/>
              <w:ind w:left="72" w:right="115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/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Презентация</w:t>
            </w:r>
          </w:p>
        </w:tc>
      </w:tr>
      <w:tr w:rsidR="008211A7" w:rsidRPr="0092459D" w14:paraId="6DB636CC" w14:textId="77777777">
        <w:trPr>
          <w:trHeight w:hRule="exact" w:val="1308"/>
        </w:trPr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3338CB" w14:textId="77777777" w:rsidR="008211A7" w:rsidRDefault="00240B45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5.2.</w:t>
            </w:r>
          </w:p>
        </w:tc>
        <w:tc>
          <w:tcPr>
            <w:tcW w:w="47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5B168E60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Инструменты обработки почв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0CF6C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20DD8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9E65F" w14:textId="77777777" w:rsidR="008211A7" w:rsidRDefault="00240B45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678840" w14:textId="77777777" w:rsidR="008211A7" w:rsidRDefault="008211A7"/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E2F2DE" w14:textId="77777777" w:rsidR="008211A7" w:rsidRDefault="00240B45">
            <w:pPr>
              <w:autoSpaceDE w:val="0"/>
              <w:autoSpaceDN w:val="0"/>
              <w:spacing w:before="76" w:after="0" w:line="250" w:lineRule="auto"/>
              <w:ind w:left="74" w:right="720"/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Агротехнологические комплексы. Инструменты обработки почвы: ручные и механизированные. </w:t>
            </w:r>
            <w:r w:rsidRPr="005A53F7">
              <w:rPr>
                <w:lang w:val="ru-RU"/>
              </w:rP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Сельскохозяйственная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техника</w:t>
            </w:r>
            <w:proofErr w:type="spellEnd"/>
          </w:p>
        </w:tc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EC8A" w14:textId="77777777" w:rsidR="008211A7" w:rsidRPr="005A53F7" w:rsidRDefault="00240B45">
            <w:pPr>
              <w:autoSpaceDE w:val="0"/>
              <w:autoSpaceDN w:val="0"/>
              <w:spacing w:before="76" w:after="0" w:line="252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Устный;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опрос;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Практическая; работа;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Тестирование</w:t>
            </w:r>
            <w:proofErr w:type="gramStart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; ;</w:t>
            </w:r>
            <w:proofErr w:type="gramEnd"/>
          </w:p>
        </w:tc>
        <w:tc>
          <w:tcPr>
            <w:tcW w:w="2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FE4553" w14:textId="77777777" w:rsidR="008211A7" w:rsidRPr="005A53F7" w:rsidRDefault="00240B45">
            <w:pPr>
              <w:autoSpaceDE w:val="0"/>
              <w:autoSpaceDN w:val="0"/>
              <w:spacing w:before="76" w:after="0" w:line="245" w:lineRule="auto"/>
              <w:ind w:left="72" w:right="1152"/>
              <w:rPr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https</w:t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://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resh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edu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.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ru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 xml:space="preserve">/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Презентация</w:t>
            </w:r>
          </w:p>
        </w:tc>
      </w:tr>
      <w:tr w:rsidR="008211A7" w14:paraId="2C60F3BC" w14:textId="77777777">
        <w:trPr>
          <w:trHeight w:hRule="exact" w:val="348"/>
        </w:trPr>
        <w:tc>
          <w:tcPr>
            <w:tcW w:w="51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0261326A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по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модулю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7BB30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</w:t>
            </w:r>
          </w:p>
        </w:tc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50080" w14:textId="77777777" w:rsidR="008211A7" w:rsidRDefault="008211A7"/>
        </w:tc>
      </w:tr>
      <w:tr w:rsidR="008211A7" w14:paraId="3198B247" w14:textId="77777777">
        <w:trPr>
          <w:trHeight w:hRule="exact" w:val="328"/>
        </w:trPr>
        <w:tc>
          <w:tcPr>
            <w:tcW w:w="51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5" w:space="0" w:color="000000"/>
            </w:tcBorders>
            <w:tcMar>
              <w:left w:w="0" w:type="dxa"/>
              <w:right w:w="0" w:type="dxa"/>
            </w:tcMar>
          </w:tcPr>
          <w:p w14:paraId="1E7346D8" w14:textId="77777777" w:rsidR="008211A7" w:rsidRPr="005A53F7" w:rsidRDefault="00240B45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5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719440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0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68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513589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87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7FC441" w14:textId="77777777" w:rsidR="008211A7" w:rsidRDefault="00240B45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31</w:t>
            </w:r>
          </w:p>
        </w:tc>
      </w:tr>
    </w:tbl>
    <w:p w14:paraId="49FC1E44" w14:textId="77777777" w:rsidR="008211A7" w:rsidRDefault="008211A7">
      <w:pPr>
        <w:autoSpaceDE w:val="0"/>
        <w:autoSpaceDN w:val="0"/>
        <w:spacing w:after="0" w:line="14" w:lineRule="exact"/>
      </w:pPr>
    </w:p>
    <w:p w14:paraId="6821F3B0" w14:textId="77777777" w:rsidR="008211A7" w:rsidRDefault="008211A7">
      <w:pPr>
        <w:sectPr w:rsidR="008211A7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14:paraId="798E90BC" w14:textId="77777777" w:rsidR="008211A7" w:rsidRDefault="008211A7">
      <w:pPr>
        <w:autoSpaceDE w:val="0"/>
        <w:autoSpaceDN w:val="0"/>
        <w:spacing w:after="78" w:line="220" w:lineRule="exact"/>
      </w:pPr>
    </w:p>
    <w:p w14:paraId="6D53686A" w14:textId="77777777" w:rsidR="008211A7" w:rsidRDefault="00240B45">
      <w:pPr>
        <w:autoSpaceDE w:val="0"/>
        <w:autoSpaceDN w:val="0"/>
        <w:spacing w:after="32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ПОУРОЧНОЕ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216"/>
        <w:gridCol w:w="734"/>
        <w:gridCol w:w="1620"/>
        <w:gridCol w:w="1668"/>
        <w:gridCol w:w="1164"/>
        <w:gridCol w:w="1646"/>
      </w:tblGrid>
      <w:tr w:rsidR="008211A7" w14:paraId="51F021A0" w14:textId="77777777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D9AEE8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2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7D29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7FD85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C5B666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</w:p>
        </w:tc>
        <w:tc>
          <w:tcPr>
            <w:tcW w:w="1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F35427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43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8211A7" w14:paraId="45AF228B" w14:textId="77777777">
        <w:trPr>
          <w:trHeight w:hRule="exact" w:val="828"/>
        </w:trPr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6DF94" w14:textId="77777777" w:rsidR="008211A7" w:rsidRDefault="008211A7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BEC2F" w14:textId="77777777" w:rsidR="008211A7" w:rsidRDefault="008211A7"/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A0A27D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865FF8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C564D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7C46E" w14:textId="77777777" w:rsidR="008211A7" w:rsidRDefault="008211A7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77E90" w14:textId="77777777" w:rsidR="008211A7" w:rsidRDefault="008211A7"/>
        </w:tc>
      </w:tr>
      <w:tr w:rsidR="008211A7" w14:paraId="23500C47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D0C3B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B1630" w14:textId="77777777" w:rsidR="008211A7" w:rsidRPr="005A53F7" w:rsidRDefault="00240B45">
            <w:pPr>
              <w:autoSpaceDE w:val="0"/>
              <w:autoSpaceDN w:val="0"/>
              <w:spacing w:before="98" w:after="0" w:line="271" w:lineRule="auto"/>
              <w:ind w:left="72" w:right="864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Введение в предмет технология. Правила безопасной работы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6F18DC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199F91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0B49E1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1E0C2A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56F6B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Устный; опрос;;</w:t>
            </w:r>
          </w:p>
        </w:tc>
      </w:tr>
      <w:tr w:rsidR="008211A7" w14:paraId="6667B5AF" w14:textId="77777777">
        <w:trPr>
          <w:trHeight w:hRule="exact" w:val="83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F3C04E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5593D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Что такое техносфера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D3806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B273C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CCF3C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07119A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34DC" w14:textId="77777777" w:rsidR="008211A7" w:rsidRDefault="00240B45">
            <w:pPr>
              <w:autoSpaceDE w:val="0"/>
              <w:autoSpaceDN w:val="0"/>
              <w:spacing w:before="10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Устный; опрос;;</w:t>
            </w:r>
          </w:p>
        </w:tc>
      </w:tr>
      <w:tr w:rsidR="008211A7" w14:paraId="0C0EB644" w14:textId="7777777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B1EBA4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A9D017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Потребительские блага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A0D035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605087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FE2BA1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C7822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F9967B" w14:textId="77777777" w:rsidR="008211A7" w:rsidRDefault="00240B45">
            <w:pPr>
              <w:autoSpaceDE w:val="0"/>
              <w:autoSpaceDN w:val="0"/>
              <w:spacing w:before="100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Устный; опрос;;</w:t>
            </w:r>
          </w:p>
        </w:tc>
      </w:tr>
      <w:tr w:rsidR="008211A7" w14:paraId="75DE6F96" w14:textId="7777777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106B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997CF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Производство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потребительских бла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1D038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ADBD19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C503B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DED3DA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724C1C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Устный; опрос;;</w:t>
            </w:r>
          </w:p>
        </w:tc>
      </w:tr>
      <w:tr w:rsidR="008211A7" w14:paraId="5A2F24C3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BCE25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D04D9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Что такое техник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3C6B5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F0D98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E97F5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C842CB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B73312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 ;</w:t>
            </w:r>
          </w:p>
        </w:tc>
      </w:tr>
      <w:tr w:rsidR="008211A7" w14:paraId="6DE90D86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A223E8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857AB" w14:textId="77777777" w:rsidR="008211A7" w:rsidRPr="005A53F7" w:rsidRDefault="00240B45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Инструменты, механизмы и технические устройства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581389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F2557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C6C419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5DE08E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7C6987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7376F3B3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8B156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7FA32" w14:textId="77777777" w:rsidR="008211A7" w:rsidRPr="005A53F7" w:rsidRDefault="00240B45">
            <w:pPr>
              <w:autoSpaceDE w:val="0"/>
              <w:autoSpaceDN w:val="0"/>
              <w:spacing w:before="98" w:after="0" w:line="271" w:lineRule="auto"/>
              <w:ind w:left="72" w:right="43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Практическая работа: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определение вида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технического устройства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C634B7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E1478B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26B06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50A29D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7B4E47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011D2BDC" w14:textId="77777777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0083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93A38" w14:textId="77777777" w:rsidR="008211A7" w:rsidRPr="005A53F7" w:rsidRDefault="00240B45">
            <w:pPr>
              <w:autoSpaceDE w:val="0"/>
              <w:autoSpaceDN w:val="0"/>
              <w:spacing w:before="98" w:after="0" w:line="271" w:lineRule="auto"/>
              <w:ind w:left="72" w:right="864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Практическая работа: устройство швейной машины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3B4E4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380FFB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C9DD83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43AF74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EA5D9" w14:textId="77777777" w:rsidR="008211A7" w:rsidRDefault="00240B45">
            <w:pPr>
              <w:autoSpaceDE w:val="0"/>
              <w:autoSpaceDN w:val="0"/>
              <w:spacing w:before="98" w:after="0" w:line="278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1589E66A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2848F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84762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Что такое технологи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B6A7DD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52AB5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850613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6C0F9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5E188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 ;</w:t>
            </w:r>
          </w:p>
        </w:tc>
      </w:tr>
      <w:tr w:rsidR="008211A7" w14:paraId="2BCE682A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593956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F9875D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Классификация производств и технологий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ABC93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B1195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24D799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6FD1A4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CA37E1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4CA5CBC2" w14:textId="77777777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7EDA4B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892A37" w14:textId="77777777" w:rsidR="008211A7" w:rsidRPr="005A53F7" w:rsidRDefault="00240B45">
            <w:pPr>
              <w:autoSpaceDE w:val="0"/>
              <w:autoSpaceDN w:val="0"/>
              <w:spacing w:before="98" w:after="0"/>
              <w:ind w:left="72" w:right="43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Практическая работа: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конструирование и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моделирование объемной фигуры из бумаги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2557F3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ABC232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5C57D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7A3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118EB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 ;</w:t>
            </w:r>
          </w:p>
        </w:tc>
      </w:tr>
    </w:tbl>
    <w:p w14:paraId="0F86A9E5" w14:textId="77777777" w:rsidR="008211A7" w:rsidRDefault="008211A7">
      <w:pPr>
        <w:autoSpaceDE w:val="0"/>
        <w:autoSpaceDN w:val="0"/>
        <w:spacing w:after="0" w:line="14" w:lineRule="exact"/>
      </w:pPr>
    </w:p>
    <w:p w14:paraId="3C30768E" w14:textId="77777777" w:rsidR="008211A7" w:rsidRDefault="008211A7">
      <w:pPr>
        <w:sectPr w:rsidR="008211A7">
          <w:pgSz w:w="11900" w:h="16840"/>
          <w:pgMar w:top="298" w:right="650" w:bottom="422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2A41008D" w14:textId="77777777" w:rsidR="008211A7" w:rsidRDefault="008211A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216"/>
        <w:gridCol w:w="734"/>
        <w:gridCol w:w="1620"/>
        <w:gridCol w:w="1668"/>
        <w:gridCol w:w="1164"/>
        <w:gridCol w:w="1646"/>
      </w:tblGrid>
      <w:tr w:rsidR="008211A7" w14:paraId="45C5D6F1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E855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3C6D1" w14:textId="77777777" w:rsidR="008211A7" w:rsidRPr="005A53F7" w:rsidRDefault="00240B45">
            <w:pPr>
              <w:autoSpaceDE w:val="0"/>
              <w:autoSpaceDN w:val="0"/>
              <w:spacing w:before="98" w:after="0"/>
              <w:ind w:left="72" w:right="43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Практическая работа: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конструирование и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моделирование объемной фигуры из бумаги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4F13C5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6503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306483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8CCC35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82E631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54192F9C" w14:textId="77777777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3C02E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07C61" w14:textId="77777777" w:rsidR="008211A7" w:rsidRPr="005A53F7" w:rsidRDefault="00240B45">
            <w:pPr>
              <w:autoSpaceDE w:val="0"/>
              <w:autoSpaceDN w:val="0"/>
              <w:spacing w:before="98" w:after="0" w:line="281" w:lineRule="auto"/>
              <w:ind w:left="72" w:right="144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Классификация производств и технологий. Практическое задание: нахождение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информации о производстве хлеба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305CA5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5F03C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FC67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0DF51B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811541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0B0B393D" w14:textId="77777777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445B12" w14:textId="77777777" w:rsidR="008211A7" w:rsidRDefault="00240B45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66B4DB" w14:textId="77777777" w:rsidR="008211A7" w:rsidRPr="005A53F7" w:rsidRDefault="00240B45">
            <w:pPr>
              <w:autoSpaceDE w:val="0"/>
              <w:autoSpaceDN w:val="0"/>
              <w:spacing w:before="100" w:after="0" w:line="281" w:lineRule="auto"/>
              <w:ind w:left="72" w:right="144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Классификация производств и технологий. Практическое задание: составление списка технических средств для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приготовления пищи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4FDF1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ECBDD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DF9170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DB3958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3E5FF" w14:textId="77777777" w:rsidR="008211A7" w:rsidRDefault="00240B45">
            <w:pPr>
              <w:autoSpaceDE w:val="0"/>
              <w:autoSpaceDN w:val="0"/>
              <w:spacing w:before="100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70DD2463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F8538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C687B1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Виды материалов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05CA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04EB6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86B3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96FC2B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E4DF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 ;</w:t>
            </w:r>
          </w:p>
        </w:tc>
      </w:tr>
      <w:tr w:rsidR="008211A7" w14:paraId="76C03571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9E0F3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C7B533" w14:textId="77777777" w:rsidR="008211A7" w:rsidRPr="005A53F7" w:rsidRDefault="00240B45">
            <w:pPr>
              <w:autoSpaceDE w:val="0"/>
              <w:autoSpaceDN w:val="0"/>
              <w:spacing w:before="98" w:after="0" w:line="262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Натуральные, искусственные и синтетические материалы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F4728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9BD5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42B874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AB3D45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5A2EBF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73AB7D0E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CF2B02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1C86A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115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Конструкционные материалы.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62587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7709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64723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73E940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8066D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3EDE43A0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E96CDD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02079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Бумага и её свойства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EB0E1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966F2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F27C9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E603A4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67834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46DE5614" w14:textId="77777777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517B4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B58A3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Ткань и её свойства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8455FC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3662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D3F768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C744EC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ABDA30" w14:textId="77777777" w:rsidR="008211A7" w:rsidRDefault="00240B45">
            <w:pPr>
              <w:autoSpaceDE w:val="0"/>
              <w:autoSpaceDN w:val="0"/>
              <w:spacing w:before="98" w:after="0" w:line="274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5F313F53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9913A8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93FE6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Дерево и его свойства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94991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25DCC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555E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0DE71F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686681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1281538F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73288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A9460" w14:textId="77777777" w:rsidR="008211A7" w:rsidRPr="005A53F7" w:rsidRDefault="00240B45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Инструменты для работы с бумагой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5B0237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70BB9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87D6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E7B3B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DA587B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 ;</w:t>
            </w:r>
          </w:p>
        </w:tc>
      </w:tr>
      <w:tr w:rsidR="008211A7" w14:paraId="01C91817" w14:textId="77777777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F4582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344F" w14:textId="77777777" w:rsidR="008211A7" w:rsidRPr="005A53F7" w:rsidRDefault="00240B45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Инструменты и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приспособления для работы с тканью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45C1B8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595F9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3B0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0B058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A0545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</w:tbl>
    <w:p w14:paraId="1AADCCC0" w14:textId="77777777" w:rsidR="008211A7" w:rsidRDefault="008211A7">
      <w:pPr>
        <w:autoSpaceDE w:val="0"/>
        <w:autoSpaceDN w:val="0"/>
        <w:spacing w:after="0" w:line="14" w:lineRule="exact"/>
      </w:pPr>
    </w:p>
    <w:p w14:paraId="1894A38B" w14:textId="77777777" w:rsidR="008211A7" w:rsidRDefault="008211A7">
      <w:pPr>
        <w:sectPr w:rsidR="008211A7">
          <w:pgSz w:w="11900" w:h="16840"/>
          <w:pgMar w:top="284" w:right="650" w:bottom="550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1952C20C" w14:textId="77777777" w:rsidR="008211A7" w:rsidRDefault="008211A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216"/>
        <w:gridCol w:w="734"/>
        <w:gridCol w:w="1620"/>
        <w:gridCol w:w="1668"/>
        <w:gridCol w:w="1164"/>
        <w:gridCol w:w="1646"/>
      </w:tblGrid>
      <w:tr w:rsidR="008211A7" w14:paraId="1EA8C4BC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B02D4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848E5" w14:textId="77777777" w:rsidR="008211A7" w:rsidRPr="005A53F7" w:rsidRDefault="00240B45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Инструменты и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приспособления для работы с тканью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7156C8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1AE51C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D454B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C1C4E5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AB60AD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7961359C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02BC0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EB3B37" w14:textId="77777777" w:rsidR="008211A7" w:rsidRPr="005A53F7" w:rsidRDefault="00240B45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Инструменты для работы с древесиной. Мастерские по деревообработке. СО2 лазер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4B9E58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068F6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9335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F49722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56C219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02942FFC" w14:textId="77777777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29DAE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7E75C" w14:textId="77777777" w:rsidR="008211A7" w:rsidRPr="005A53F7" w:rsidRDefault="00240B45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Обработка дерева и её виды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F3BBB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643A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E89D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B59C5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B1C9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597C3156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1805C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0A89" w14:textId="77777777" w:rsidR="008211A7" w:rsidRPr="005A53F7" w:rsidRDefault="00240B45">
            <w:pPr>
              <w:autoSpaceDE w:val="0"/>
              <w:autoSpaceDN w:val="0"/>
              <w:spacing w:before="98" w:after="0" w:line="271" w:lineRule="auto"/>
              <w:ind w:left="72" w:right="576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Инструменты обработки металла. Виды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металлообработки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EF14A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94FEC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7BDC1D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140A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E56C66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1CEA90F9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7D9780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9B927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Графическое отображение формы предмета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B0FB16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D66B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B4225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544FB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5437B9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 ;</w:t>
            </w:r>
          </w:p>
        </w:tc>
      </w:tr>
      <w:tr w:rsidR="008211A7" w14:paraId="11BB5318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84EFC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B1208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28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Графическое отображение формы предмета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F99B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9E9E4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E7778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89ED71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6E064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7913C6D5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6F6F72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35D4E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432"/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Практическая работа: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Разметка заготовки для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разделочной доски.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Эскиз</w:t>
            </w:r>
            <w:proofErr w:type="spellEnd"/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EF3A9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A7E17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8075B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312162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DA8B03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7CC94B28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BFC3EE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CC4054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Кулинария. Основы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рационального питания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C9935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E2CB1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A5631B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D7F6BA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20F0F9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2F47AB44" w14:textId="77777777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54168" w14:textId="77777777" w:rsidR="008211A7" w:rsidRDefault="00240B45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B00A2" w14:textId="77777777" w:rsidR="008211A7" w:rsidRPr="005A53F7" w:rsidRDefault="00240B45">
            <w:pPr>
              <w:autoSpaceDE w:val="0"/>
              <w:autoSpaceDN w:val="0"/>
              <w:spacing w:before="100" w:after="0" w:line="262" w:lineRule="auto"/>
              <w:ind w:left="72" w:right="288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Витамины и их значение в питании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4161F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A1AA35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B9256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F9DA56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3A0110" w14:textId="77777777" w:rsidR="008211A7" w:rsidRDefault="00240B45">
            <w:pPr>
              <w:autoSpaceDE w:val="0"/>
              <w:autoSpaceDN w:val="0"/>
              <w:spacing w:before="100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5AB41365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820B1E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F17FAC" w14:textId="77777777" w:rsidR="008211A7" w:rsidRPr="005A53F7" w:rsidRDefault="00240B45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Правила санитарии, гигиены и безопасности труда на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кухне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BDA67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67112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C763D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0CC91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49851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42EFE792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58FDD4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0E9CAF" w14:textId="77777777" w:rsidR="008211A7" w:rsidRPr="005A53F7" w:rsidRDefault="00240B45">
            <w:pPr>
              <w:autoSpaceDE w:val="0"/>
              <w:autoSpaceDN w:val="0"/>
              <w:spacing w:before="98" w:after="0" w:line="271" w:lineRule="auto"/>
              <w:ind w:left="72" w:right="43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Технология механической кулинарной обработки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овощей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9DCA48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5E46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F9133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43611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7B36BD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2D01687C" w14:textId="77777777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93AFFF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D388F4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Технология тепловой обработки овощей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9BEC6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88C5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0DD534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90AAD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DB6012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</w:tbl>
    <w:p w14:paraId="2A121DA3" w14:textId="77777777" w:rsidR="008211A7" w:rsidRDefault="008211A7">
      <w:pPr>
        <w:autoSpaceDE w:val="0"/>
        <w:autoSpaceDN w:val="0"/>
        <w:spacing w:after="0" w:line="14" w:lineRule="exact"/>
      </w:pPr>
    </w:p>
    <w:p w14:paraId="1407BFB9" w14:textId="77777777" w:rsidR="008211A7" w:rsidRDefault="008211A7">
      <w:pPr>
        <w:sectPr w:rsidR="008211A7">
          <w:pgSz w:w="11900" w:h="16840"/>
          <w:pgMar w:top="284" w:right="650" w:bottom="640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0852D6F4" w14:textId="77777777" w:rsidR="008211A7" w:rsidRDefault="008211A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216"/>
        <w:gridCol w:w="734"/>
        <w:gridCol w:w="1620"/>
        <w:gridCol w:w="1668"/>
        <w:gridCol w:w="1164"/>
        <w:gridCol w:w="1646"/>
      </w:tblGrid>
      <w:tr w:rsidR="008211A7" w14:paraId="2060EFD4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0D11B3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CEFAC" w14:textId="77777777" w:rsidR="008211A7" w:rsidRPr="005A53F7" w:rsidRDefault="00240B45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Измерение и счет.</w:t>
            </w:r>
          </w:p>
          <w:p w14:paraId="533365D6" w14:textId="77777777" w:rsidR="008211A7" w:rsidRPr="005A53F7" w:rsidRDefault="00240B45">
            <w:pPr>
              <w:autoSpaceDE w:val="0"/>
              <w:autoSpaceDN w:val="0"/>
              <w:spacing w:before="70" w:after="0" w:line="230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Погрешности измерений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6A01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C8EBB9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07EFCC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874BE8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780B94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 ;</w:t>
            </w:r>
          </w:p>
        </w:tc>
      </w:tr>
      <w:tr w:rsidR="008211A7" w14:paraId="4B37B14F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DD614C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EA6CCF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Технологии обработки бумаги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D36FD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3501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F372F1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8D6E6D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D23492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59A1071E" w14:textId="77777777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9A0FAC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80982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Технологии обработки бумаги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7199C4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24D05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A69A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944520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C901A" w14:textId="77777777" w:rsidR="008211A7" w:rsidRDefault="00240B45">
            <w:pPr>
              <w:autoSpaceDE w:val="0"/>
              <w:autoSpaceDN w:val="0"/>
              <w:spacing w:before="98" w:after="0" w:line="274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7FAEF8BD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9AE34B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0E5C1B" w14:textId="77777777" w:rsidR="008211A7" w:rsidRPr="005A53F7" w:rsidRDefault="00240B45">
            <w:pPr>
              <w:autoSpaceDE w:val="0"/>
              <w:autoSpaceDN w:val="0"/>
              <w:spacing w:before="98" w:after="0"/>
              <w:ind w:left="72" w:right="576"/>
              <w:rPr>
                <w:lang w:val="ru-RU"/>
              </w:rPr>
            </w:pPr>
            <w:proofErr w:type="gramStart"/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.Технологическая</w:t>
            </w:r>
            <w:proofErr w:type="gramEnd"/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последовательность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изготовления изделий из ткани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F069E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1C7527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71AA8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66F6D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FDA4FA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01887FBF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95667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C4B56B" w14:textId="77777777" w:rsidR="008211A7" w:rsidRPr="005A53F7" w:rsidRDefault="00240B45">
            <w:pPr>
              <w:autoSpaceDE w:val="0"/>
              <w:autoSpaceDN w:val="0"/>
              <w:spacing w:before="98" w:after="0"/>
              <w:ind w:left="72" w:right="576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Технологическая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последовательность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изготовления изделий из ткани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0710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2637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FCD6B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C4D516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2F7AD7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626D1634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97C9B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E2551" w14:textId="77777777" w:rsidR="008211A7" w:rsidRPr="005A53F7" w:rsidRDefault="00240B45">
            <w:pPr>
              <w:autoSpaceDE w:val="0"/>
              <w:autoSpaceDN w:val="0"/>
              <w:spacing w:before="98" w:after="0" w:line="271" w:lineRule="auto"/>
              <w:ind w:left="72" w:right="720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Чертеж фартука как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конструктивная основа швейного изделия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A8617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70F41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0DD8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E2368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1378F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136C1BC2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F9BE02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FB0288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Основные ручные швы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9CF0E5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28B0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2DA0A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7A1212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414BA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1E3E4795" w14:textId="77777777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1A271" w14:textId="77777777" w:rsidR="008211A7" w:rsidRDefault="00240B45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718F08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Основные ручные швы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18C6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8828DE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948453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160E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4BEFE1" w14:textId="77777777" w:rsidR="008211A7" w:rsidRDefault="00240B45">
            <w:pPr>
              <w:autoSpaceDE w:val="0"/>
              <w:autoSpaceDN w:val="0"/>
              <w:spacing w:before="100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272981D2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4CE57C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0CB564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Технологии декоративной отделки ткани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79406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663B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FC9D3B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89EEC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5B04F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79FD3138" w14:textId="77777777">
        <w:trPr>
          <w:trHeight w:hRule="exact" w:val="148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614D3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39E40E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Технологии декоративной отделки ткани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EBB3D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91D7F3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162F03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6669A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6ADF17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</w:tbl>
    <w:p w14:paraId="01563692" w14:textId="77777777" w:rsidR="008211A7" w:rsidRDefault="008211A7">
      <w:pPr>
        <w:autoSpaceDE w:val="0"/>
        <w:autoSpaceDN w:val="0"/>
        <w:spacing w:after="0" w:line="14" w:lineRule="exact"/>
      </w:pPr>
    </w:p>
    <w:p w14:paraId="63783104" w14:textId="77777777" w:rsidR="008211A7" w:rsidRDefault="008211A7">
      <w:pPr>
        <w:sectPr w:rsidR="008211A7">
          <w:pgSz w:w="11900" w:h="16840"/>
          <w:pgMar w:top="284" w:right="650" w:bottom="796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14FD4637" w14:textId="77777777" w:rsidR="008211A7" w:rsidRDefault="008211A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216"/>
        <w:gridCol w:w="734"/>
        <w:gridCol w:w="1620"/>
        <w:gridCol w:w="1668"/>
        <w:gridCol w:w="1164"/>
        <w:gridCol w:w="1646"/>
      </w:tblGrid>
      <w:tr w:rsidR="008211A7" w14:paraId="1FABBEDC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B702A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AE056" w14:textId="77777777" w:rsidR="008211A7" w:rsidRPr="005A53F7" w:rsidRDefault="00240B45">
            <w:pPr>
              <w:autoSpaceDE w:val="0"/>
              <w:autoSpaceDN w:val="0"/>
              <w:spacing w:before="98" w:after="0"/>
              <w:ind w:left="72" w:right="576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Технологическая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последовательность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изготовления изделий из дерева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D1E5C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25E1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0EB81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478875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CD1E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 ;</w:t>
            </w:r>
          </w:p>
        </w:tc>
      </w:tr>
      <w:tr w:rsidR="008211A7" w14:paraId="2453EF3D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5B1ED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4786D3" w14:textId="77777777" w:rsidR="008211A7" w:rsidRPr="005A53F7" w:rsidRDefault="00240B45">
            <w:pPr>
              <w:autoSpaceDE w:val="0"/>
              <w:autoSpaceDN w:val="0"/>
              <w:spacing w:before="98" w:after="0" w:line="271" w:lineRule="auto"/>
              <w:ind w:left="72" w:right="43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Практическая работа: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обработка дерева на СО2 лазер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0C0932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C99403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40108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C7ECC7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D37C4A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4618392A" w14:textId="77777777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DAE28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F1ACE" w14:textId="77777777" w:rsidR="008211A7" w:rsidRPr="005A53F7" w:rsidRDefault="00240B45">
            <w:pPr>
              <w:autoSpaceDE w:val="0"/>
              <w:autoSpaceDN w:val="0"/>
              <w:spacing w:before="98" w:after="0" w:line="278" w:lineRule="auto"/>
              <w:ind w:left="72" w:right="576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Технологическая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последовательность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изготовления изделий из металла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144EB7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1CA251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8BBD1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E2EA83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B696C" w14:textId="77777777" w:rsidR="008211A7" w:rsidRDefault="00240B45">
            <w:pPr>
              <w:autoSpaceDE w:val="0"/>
              <w:autoSpaceDN w:val="0"/>
              <w:spacing w:before="98" w:after="0" w:line="274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1E388987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55CD83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B9D87B" w14:textId="77777777" w:rsidR="008211A7" w:rsidRPr="005A53F7" w:rsidRDefault="00240B45">
            <w:pPr>
              <w:autoSpaceDE w:val="0"/>
              <w:autoSpaceDN w:val="0"/>
              <w:spacing w:before="98" w:after="0"/>
              <w:ind w:left="72" w:right="576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Технологическая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последовательность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изготовления изделий из металла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2C1D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C46407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3E161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E351DF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C8963E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05E3E877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00B653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49.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5F9224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144"/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Введение в творческую </w:t>
            </w:r>
            <w:r w:rsidRPr="005A53F7">
              <w:rPr>
                <w:lang w:val="ru-RU"/>
              </w:rPr>
              <w:br/>
            </w:r>
            <w:proofErr w:type="spellStart"/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проетную</w:t>
            </w:r>
            <w:proofErr w:type="spellEnd"/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 деятельность.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такое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прое</w:t>
            </w:r>
            <w:proofErr w:type="spellEnd"/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6343C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BED4BD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4229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EC839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B431B5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 ;</w:t>
            </w:r>
          </w:p>
        </w:tc>
      </w:tr>
      <w:tr w:rsidR="008211A7" w14:paraId="564193DA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9CC83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0788AA" w14:textId="77777777" w:rsidR="008211A7" w:rsidRPr="005A53F7" w:rsidRDefault="00240B45">
            <w:pPr>
              <w:autoSpaceDE w:val="0"/>
              <w:autoSpaceDN w:val="0"/>
              <w:spacing w:before="98" w:after="0" w:line="230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Проектная деятельность.</w:t>
            </w:r>
          </w:p>
          <w:p w14:paraId="7712E21B" w14:textId="77777777" w:rsidR="008211A7" w:rsidRDefault="00240B45">
            <w:pPr>
              <w:autoSpaceDE w:val="0"/>
              <w:autoSpaceDN w:val="0"/>
              <w:spacing w:before="70" w:after="0" w:line="262" w:lineRule="auto"/>
              <w:ind w:left="72" w:right="144"/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Актуальность выбранной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темы.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Цель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792BDB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448C1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B7BF93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3D2B5E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57B22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15C3B43B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D1FD7E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F6A8D0" w14:textId="77777777" w:rsidR="008211A7" w:rsidRPr="005A53F7" w:rsidRDefault="00240B45">
            <w:pPr>
              <w:autoSpaceDE w:val="0"/>
              <w:autoSpaceDN w:val="0"/>
              <w:spacing w:before="98" w:after="0" w:line="271" w:lineRule="auto"/>
              <w:ind w:left="72" w:right="576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Проектная деятельность. Технологическая карта творческого проекта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6E577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8DDF06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1A606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AFA8A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A491C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6D0C1136" w14:textId="77777777">
        <w:trPr>
          <w:trHeight w:hRule="exact" w:val="116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E5F50F" w14:textId="77777777" w:rsidR="008211A7" w:rsidRDefault="00240B45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6E7B7" w14:textId="77777777" w:rsidR="008211A7" w:rsidRPr="005A53F7" w:rsidRDefault="00240B45">
            <w:pPr>
              <w:autoSpaceDE w:val="0"/>
              <w:autoSpaceDN w:val="0"/>
              <w:spacing w:before="100" w:after="0" w:line="271" w:lineRule="auto"/>
              <w:ind w:left="72" w:right="576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Проектная деятельность. Практическая часть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творческого проекта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411DA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D9EC7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1162D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CAD0B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1739AA" w14:textId="77777777" w:rsidR="008211A7" w:rsidRDefault="00240B45">
            <w:pPr>
              <w:autoSpaceDE w:val="0"/>
              <w:autoSpaceDN w:val="0"/>
              <w:spacing w:before="100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8211A7" w14:paraId="0DC085D6" w14:textId="7777777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FD3863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8D381" w14:textId="77777777" w:rsidR="008211A7" w:rsidRPr="005A53F7" w:rsidRDefault="00240B45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Выполнение практической части творческого проекта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86D5C8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C422F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7D1D63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DD54C1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093845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8211A7" w14:paraId="516BD09E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DB2342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E45D83" w14:textId="77777777" w:rsidR="008211A7" w:rsidRPr="005A53F7" w:rsidRDefault="00240B45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Заключительный этап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выполнения практической работы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44FD2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6EDF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45C9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122092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84E96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  <w:tr w:rsidR="008211A7" w14:paraId="3493A86B" w14:textId="77777777">
        <w:trPr>
          <w:trHeight w:hRule="exact" w:val="8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2F2E9E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55.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1C287C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Подготовка к защите проекта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49E2A7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9170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64DA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CCF4A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90D64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 работа;</w:t>
            </w:r>
          </w:p>
        </w:tc>
      </w:tr>
    </w:tbl>
    <w:p w14:paraId="1FB0EAB6" w14:textId="77777777" w:rsidR="008211A7" w:rsidRDefault="008211A7">
      <w:pPr>
        <w:autoSpaceDE w:val="0"/>
        <w:autoSpaceDN w:val="0"/>
        <w:spacing w:after="0" w:line="14" w:lineRule="exact"/>
      </w:pPr>
    </w:p>
    <w:p w14:paraId="612919CA" w14:textId="77777777" w:rsidR="008211A7" w:rsidRDefault="008211A7">
      <w:pPr>
        <w:sectPr w:rsidR="008211A7">
          <w:pgSz w:w="11900" w:h="16840"/>
          <w:pgMar w:top="284" w:right="650" w:bottom="884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00CF33C7" w14:textId="77777777" w:rsidR="008211A7" w:rsidRDefault="008211A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216"/>
        <w:gridCol w:w="734"/>
        <w:gridCol w:w="1620"/>
        <w:gridCol w:w="1668"/>
        <w:gridCol w:w="1164"/>
        <w:gridCol w:w="1646"/>
      </w:tblGrid>
      <w:tr w:rsidR="008211A7" w14:paraId="2DAFDB4F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020128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F32748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Защита проекта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6F2F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51034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B867D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033CF5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64ACA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Практическая; работа;;</w:t>
            </w:r>
          </w:p>
        </w:tc>
      </w:tr>
      <w:tr w:rsidR="008211A7" w14:paraId="56F66B92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D3AD1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464AF4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43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Понятие робот. Алгоритм исполнителя.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431D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398C86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D0B41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9AA8A8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512FE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18B8EDB6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99CF3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56F91C" w14:textId="77777777" w:rsidR="008211A7" w:rsidRPr="005A53F7" w:rsidRDefault="00240B45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Понятие робот. Виды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роботов и их применение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F710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C0DD4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F6F484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F5D79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1A58D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1B107A0B" w14:textId="77777777">
        <w:trPr>
          <w:trHeight w:hRule="exact" w:val="1166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430A5" w14:textId="77777777" w:rsidR="008211A7" w:rsidRDefault="00240B45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59.</w:t>
            </w:r>
          </w:p>
        </w:tc>
        <w:tc>
          <w:tcPr>
            <w:tcW w:w="32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4ACF08" w14:textId="77777777" w:rsidR="008211A7" w:rsidRPr="005A53F7" w:rsidRDefault="00240B45">
            <w:pPr>
              <w:autoSpaceDE w:val="0"/>
              <w:autoSpaceDN w:val="0"/>
              <w:spacing w:before="100" w:after="0" w:line="262" w:lineRule="auto"/>
              <w:ind w:left="72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Основные элементы робота и их функции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F53C5F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9F9E1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3FFC2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C79935" w14:textId="77777777" w:rsidR="008211A7" w:rsidRDefault="008211A7"/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4D5706" w14:textId="77777777" w:rsidR="008211A7" w:rsidRDefault="00240B45">
            <w:pPr>
              <w:autoSpaceDE w:val="0"/>
              <w:autoSpaceDN w:val="0"/>
              <w:spacing w:before="100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228DD3DD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26AB05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60.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7BD369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86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Конструирование и управление роботом.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A0889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D63BB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EFAC6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73AC6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868449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68548025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059C21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61.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436579" w14:textId="77777777" w:rsidR="008211A7" w:rsidRPr="005A53F7" w:rsidRDefault="00240B45">
            <w:pPr>
              <w:autoSpaceDE w:val="0"/>
              <w:autoSpaceDN w:val="0"/>
              <w:spacing w:before="98" w:after="0" w:line="262" w:lineRule="auto"/>
              <w:ind w:left="72" w:right="864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Животноводство и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технологии в 21 веке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98916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DCF1D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CF7110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15172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E6C0F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 ;</w:t>
            </w:r>
          </w:p>
        </w:tc>
      </w:tr>
      <w:tr w:rsidR="008211A7" w14:paraId="1109B07D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4FFA9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62.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909F4D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Сельскохозяйственные животные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3C53EB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C3D74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E783C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D7819E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472ED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355FE303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C45C57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63.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74088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Животные – помощники человека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393D2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AC737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596059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D2083A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2875D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6F4F266F" w14:textId="77777777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94B6F8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64.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3C0981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Животные и человек 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589A7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BECC2C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B7B3E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A3C967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219A7" w14:textId="77777777" w:rsidR="008211A7" w:rsidRDefault="00240B45">
            <w:pPr>
              <w:autoSpaceDE w:val="0"/>
              <w:autoSpaceDN w:val="0"/>
              <w:spacing w:before="98" w:after="0" w:line="262" w:lineRule="auto"/>
              <w:ind w:left="72" w:right="720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опрос;</w:t>
            </w:r>
          </w:p>
        </w:tc>
      </w:tr>
      <w:tr w:rsidR="008211A7" w14:paraId="4618A530" w14:textId="77777777">
        <w:trPr>
          <w:trHeight w:hRule="exact" w:val="1502"/>
        </w:trPr>
        <w:tc>
          <w:tcPr>
            <w:tcW w:w="5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825973" w14:textId="77777777" w:rsidR="008211A7" w:rsidRDefault="00240B45">
            <w:pPr>
              <w:autoSpaceDE w:val="0"/>
              <w:autoSpaceDN w:val="0"/>
              <w:spacing w:before="10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65.</w:t>
            </w:r>
          </w:p>
        </w:tc>
        <w:tc>
          <w:tcPr>
            <w:tcW w:w="321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AE64A0" w14:textId="77777777" w:rsidR="008211A7" w:rsidRDefault="00240B45">
            <w:pPr>
              <w:autoSpaceDE w:val="0"/>
              <w:autoSpaceDN w:val="0"/>
              <w:spacing w:before="100" w:after="0" w:line="262" w:lineRule="auto"/>
              <w:ind w:left="72" w:right="1008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Растения как объект технологии</w:t>
            </w:r>
          </w:p>
        </w:tc>
        <w:tc>
          <w:tcPr>
            <w:tcW w:w="73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70B6B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5DD1AD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1B076" w14:textId="77777777" w:rsidR="008211A7" w:rsidRDefault="00240B45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B9E2B" w14:textId="77777777" w:rsidR="008211A7" w:rsidRDefault="008211A7"/>
        </w:tc>
        <w:tc>
          <w:tcPr>
            <w:tcW w:w="164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8FC8D7" w14:textId="77777777" w:rsidR="008211A7" w:rsidRDefault="00240B45">
            <w:pPr>
              <w:autoSpaceDE w:val="0"/>
              <w:autoSpaceDN w:val="0"/>
              <w:spacing w:before="100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 ;</w:t>
            </w:r>
          </w:p>
        </w:tc>
      </w:tr>
      <w:tr w:rsidR="008211A7" w14:paraId="77193F9E" w14:textId="77777777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0E69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66.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E3A22B" w14:textId="77777777" w:rsidR="008211A7" w:rsidRPr="005A53F7" w:rsidRDefault="00240B45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Значение культурных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растений в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жизнедеятельности человек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1252A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B720F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36CF5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7E618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63008F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  <w:tr w:rsidR="008211A7" w14:paraId="0CD3F64F" w14:textId="77777777">
        <w:trPr>
          <w:trHeight w:hRule="exact" w:val="11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A9027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67.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8F679" w14:textId="77777777" w:rsidR="008211A7" w:rsidRPr="005A53F7" w:rsidRDefault="00240B45">
            <w:pPr>
              <w:autoSpaceDE w:val="0"/>
              <w:autoSpaceDN w:val="0"/>
              <w:spacing w:before="98" w:after="0" w:line="271" w:lineRule="auto"/>
              <w:ind w:left="72" w:right="288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Общая характеристика и </w:t>
            </w:r>
            <w:r w:rsidRPr="005A53F7">
              <w:rPr>
                <w:lang w:val="ru-RU"/>
              </w:rPr>
              <w:br/>
            </w: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классификация культурных растений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C42C51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E4E747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899669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C31A8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9C914" w14:textId="77777777" w:rsidR="008211A7" w:rsidRDefault="00240B45">
            <w:pPr>
              <w:autoSpaceDE w:val="0"/>
              <w:autoSpaceDN w:val="0"/>
              <w:spacing w:before="98" w:after="0" w:line="271" w:lineRule="auto"/>
              <w:ind w:left="72" w:right="576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;</w:t>
            </w:r>
          </w:p>
        </w:tc>
      </w:tr>
    </w:tbl>
    <w:p w14:paraId="3A9CF9DC" w14:textId="77777777" w:rsidR="008211A7" w:rsidRDefault="008211A7">
      <w:pPr>
        <w:autoSpaceDE w:val="0"/>
        <w:autoSpaceDN w:val="0"/>
        <w:spacing w:after="0" w:line="14" w:lineRule="exact"/>
      </w:pPr>
    </w:p>
    <w:p w14:paraId="332A3980" w14:textId="77777777" w:rsidR="008211A7" w:rsidRDefault="008211A7">
      <w:pPr>
        <w:sectPr w:rsidR="008211A7">
          <w:pgSz w:w="11900" w:h="16840"/>
          <w:pgMar w:top="284" w:right="650" w:bottom="808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75ECAF66" w14:textId="77777777" w:rsidR="008211A7" w:rsidRDefault="008211A7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216"/>
        <w:gridCol w:w="734"/>
        <w:gridCol w:w="1620"/>
        <w:gridCol w:w="1668"/>
        <w:gridCol w:w="1164"/>
        <w:gridCol w:w="1646"/>
      </w:tblGrid>
      <w:tr w:rsidR="008211A7" w14:paraId="006F49BF" w14:textId="77777777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11DC56" w14:textId="77777777" w:rsidR="008211A7" w:rsidRDefault="00240B45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68.</w:t>
            </w:r>
          </w:p>
        </w:tc>
        <w:tc>
          <w:tcPr>
            <w:tcW w:w="32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E8186" w14:textId="77777777" w:rsidR="008211A7" w:rsidRPr="005A53F7" w:rsidRDefault="00240B45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Исследования культурных растений или опыты с ними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FBA095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C6917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885F4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79903" w14:textId="77777777" w:rsidR="008211A7" w:rsidRDefault="008211A7"/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E5EAD9" w14:textId="77777777" w:rsidR="008211A7" w:rsidRDefault="00240B45">
            <w:pPr>
              <w:autoSpaceDE w:val="0"/>
              <w:autoSpaceDN w:val="0"/>
              <w:spacing w:before="98" w:after="0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Устный;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опрос; </w:t>
            </w:r>
            <w:r>
              <w:br/>
            </w:r>
            <w:r>
              <w:rPr>
                <w:rFonts w:ascii="Times New Roman" w:eastAsia="Times New Roman" w:hAnsi="Times New Roman"/>
                <w:color w:val="000000"/>
                <w:sz w:val="24"/>
              </w:rPr>
              <w:t>Тестирование; ;</w:t>
            </w:r>
          </w:p>
        </w:tc>
      </w:tr>
      <w:tr w:rsidR="008211A7" w14:paraId="586978E0" w14:textId="77777777">
        <w:trPr>
          <w:trHeight w:hRule="exact" w:val="808"/>
        </w:trPr>
        <w:tc>
          <w:tcPr>
            <w:tcW w:w="37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DFBB" w14:textId="77777777" w:rsidR="008211A7" w:rsidRPr="005A53F7" w:rsidRDefault="00240B45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5A53F7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CFDD62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CAC61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1DCC6B" w14:textId="77777777" w:rsidR="008211A7" w:rsidRDefault="00240B45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81424" w14:textId="77777777" w:rsidR="008211A7" w:rsidRDefault="008211A7"/>
        </w:tc>
      </w:tr>
    </w:tbl>
    <w:p w14:paraId="614F145F" w14:textId="77777777" w:rsidR="008211A7" w:rsidRDefault="008211A7">
      <w:pPr>
        <w:autoSpaceDE w:val="0"/>
        <w:autoSpaceDN w:val="0"/>
        <w:spacing w:after="0" w:line="14" w:lineRule="exact"/>
      </w:pPr>
    </w:p>
    <w:p w14:paraId="31CD690A" w14:textId="77777777" w:rsidR="008211A7" w:rsidRDefault="008211A7">
      <w:pPr>
        <w:sectPr w:rsidR="008211A7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30436705" w14:textId="77777777" w:rsidR="008211A7" w:rsidRDefault="008211A7">
      <w:pPr>
        <w:autoSpaceDE w:val="0"/>
        <w:autoSpaceDN w:val="0"/>
        <w:spacing w:after="78" w:line="220" w:lineRule="exact"/>
      </w:pPr>
    </w:p>
    <w:p w14:paraId="24D4021C" w14:textId="77777777" w:rsidR="008211A7" w:rsidRDefault="00240B45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14:paraId="7461B719" w14:textId="77777777" w:rsidR="008211A7" w:rsidRDefault="00240B45">
      <w:pPr>
        <w:autoSpaceDE w:val="0"/>
        <w:autoSpaceDN w:val="0"/>
        <w:spacing w:before="346"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ОБЯЗАТЕЛЬНЫЕ УЧЕБНЫЕ МАТЕРИАЛЫ ДЛЯ УЧЕНИКА</w:t>
      </w:r>
    </w:p>
    <w:p w14:paraId="63BA2C7F" w14:textId="77777777" w:rsidR="008211A7" w:rsidRPr="005A53F7" w:rsidRDefault="00240B45">
      <w:pPr>
        <w:autoSpaceDE w:val="0"/>
        <w:autoSpaceDN w:val="0"/>
        <w:spacing w:before="166" w:after="0" w:line="271" w:lineRule="auto"/>
        <w:ind w:right="1008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Технология. 5 класс/Казакевич В.М., Пичугина Г.В., </w:t>
      </w:r>
      <w:proofErr w:type="spellStart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Семёнова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 Г.Ю. и другие; под редакцией Казакевича В.М., Акционерное общество «Издательство «Просвещение»;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Введите свой вариант:</w:t>
      </w:r>
    </w:p>
    <w:p w14:paraId="7849EC0F" w14:textId="77777777" w:rsidR="008211A7" w:rsidRPr="005A53F7" w:rsidRDefault="00240B45">
      <w:pPr>
        <w:autoSpaceDE w:val="0"/>
        <w:autoSpaceDN w:val="0"/>
        <w:spacing w:before="262" w:after="0" w:line="230" w:lineRule="auto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МЕТОДИЧЕСКИЕ МАТЕРИАЛЫ ДЛЯ УЧИТЕЛЯ</w:t>
      </w:r>
    </w:p>
    <w:p w14:paraId="46F1F92E" w14:textId="77777777" w:rsidR="008211A7" w:rsidRPr="005A53F7" w:rsidRDefault="00240B45">
      <w:pPr>
        <w:autoSpaceDE w:val="0"/>
        <w:autoSpaceDN w:val="0"/>
        <w:spacing w:before="166" w:after="0" w:line="278" w:lineRule="auto"/>
        <w:ind w:right="144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1. Программа Технология Казакевич В.М., Пичугина Г.В., Семенова Г.Ю 5-8(9) </w:t>
      </w:r>
      <w:r w:rsidRPr="005A53F7">
        <w:rPr>
          <w:lang w:val="ru-RU"/>
        </w:rPr>
        <w:br/>
      </w:r>
      <w:proofErr w:type="spellStart"/>
      <w:proofErr w:type="gramStart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класс,«</w:t>
      </w:r>
      <w:proofErr w:type="gram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Просвещение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», 2019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2. Учебник «Технология». </w:t>
      </w:r>
      <w:proofErr w:type="spellStart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В.М.Казакевич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proofErr w:type="spellStart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Г.В.Пичугина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, </w:t>
      </w:r>
      <w:proofErr w:type="spellStart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Г.Ю.Семенова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 5 класс. 3. Учебное пособие Технология. Проекты и кейсы. 5 класс под редакцией Казакевича</w:t>
      </w:r>
    </w:p>
    <w:p w14:paraId="4BF12BC2" w14:textId="77777777" w:rsidR="008211A7" w:rsidRPr="005A53F7" w:rsidRDefault="00240B45">
      <w:pPr>
        <w:autoSpaceDE w:val="0"/>
        <w:autoSpaceDN w:val="0"/>
        <w:spacing w:before="262" w:after="0" w:line="230" w:lineRule="auto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14:paraId="7E288757" w14:textId="77777777" w:rsidR="008211A7" w:rsidRPr="005A53F7" w:rsidRDefault="00240B45">
      <w:pPr>
        <w:autoSpaceDE w:val="0"/>
        <w:autoSpaceDN w:val="0"/>
        <w:spacing w:before="166" w:after="0"/>
        <w:ind w:right="864"/>
        <w:rPr>
          <w:lang w:val="ru-RU"/>
        </w:rPr>
      </w:pP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1.Федеральный государственный образовательный стандарт основного общего образования –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//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standart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edu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/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2. Дистанционная электронная школа – </w:t>
      </w:r>
      <w:r>
        <w:rPr>
          <w:rFonts w:ascii="Times New Roman" w:eastAsia="Times New Roman" w:hAnsi="Times New Roman"/>
          <w:color w:val="000000"/>
          <w:sz w:val="24"/>
        </w:rPr>
        <w:t>http</w:t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://368-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dist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/ </w:t>
      </w:r>
      <w:r w:rsidRPr="005A53F7">
        <w:rPr>
          <w:lang w:val="ru-RU"/>
        </w:rPr>
        <w:br/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 xml:space="preserve">3. Российская электронная школа - </w:t>
      </w:r>
      <w:r>
        <w:rPr>
          <w:rFonts w:ascii="Times New Roman" w:eastAsia="Times New Roman" w:hAnsi="Times New Roman"/>
          <w:color w:val="000000"/>
          <w:sz w:val="24"/>
        </w:rPr>
        <w:t>https</w:t>
      </w:r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://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resh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edu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.</w:t>
      </w:r>
      <w:proofErr w:type="spellStart"/>
      <w:r>
        <w:rPr>
          <w:rFonts w:ascii="Times New Roman" w:eastAsia="Times New Roman" w:hAnsi="Times New Roman"/>
          <w:color w:val="000000"/>
          <w:sz w:val="24"/>
        </w:rPr>
        <w:t>ru</w:t>
      </w:r>
      <w:proofErr w:type="spellEnd"/>
      <w:r w:rsidRPr="005A53F7">
        <w:rPr>
          <w:rFonts w:ascii="Times New Roman" w:eastAsia="Times New Roman" w:hAnsi="Times New Roman"/>
          <w:color w:val="000000"/>
          <w:sz w:val="24"/>
          <w:lang w:val="ru-RU"/>
        </w:rPr>
        <w:t>/</w:t>
      </w:r>
    </w:p>
    <w:p w14:paraId="73DD1AF3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045FD058" w14:textId="77777777" w:rsidR="008211A7" w:rsidRPr="005A53F7" w:rsidRDefault="008211A7">
      <w:pPr>
        <w:autoSpaceDE w:val="0"/>
        <w:autoSpaceDN w:val="0"/>
        <w:spacing w:after="78" w:line="220" w:lineRule="exact"/>
        <w:rPr>
          <w:lang w:val="ru-RU"/>
        </w:rPr>
      </w:pPr>
    </w:p>
    <w:p w14:paraId="6AC88161" w14:textId="77777777" w:rsidR="008211A7" w:rsidRPr="005A53F7" w:rsidRDefault="00240B45">
      <w:pPr>
        <w:autoSpaceDE w:val="0"/>
        <w:autoSpaceDN w:val="0"/>
        <w:spacing w:after="0" w:line="408" w:lineRule="auto"/>
        <w:ind w:right="432"/>
        <w:rPr>
          <w:lang w:val="ru-RU"/>
        </w:rPr>
      </w:pPr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МАТЕРИАЛЬНО-ТЕХНИЧЕСКОЕ ОБЕСПЕЧЕНИЕ ОБРАЗОВАТЕЛЬНОГО ПРОЦЕССА УЧЕБНОЕ ОБОРУДОВАНИЕ </w:t>
      </w:r>
      <w:r w:rsidRPr="005A53F7">
        <w:rPr>
          <w:lang w:val="ru-RU"/>
        </w:rPr>
        <w:br/>
      </w:r>
      <w:proofErr w:type="spellStart"/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</w:t>
      </w:r>
      <w:proofErr w:type="spellEnd"/>
      <w:r w:rsidRPr="005A53F7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ДЛЯ ПРОВЕДЕНИЯ ПРАКТИЧЕСКИХ РАБОТ</w:t>
      </w:r>
    </w:p>
    <w:p w14:paraId="29185608" w14:textId="77777777" w:rsidR="008211A7" w:rsidRPr="005A53F7" w:rsidRDefault="008211A7">
      <w:pPr>
        <w:rPr>
          <w:lang w:val="ru-RU"/>
        </w:rPr>
        <w:sectPr w:rsidR="008211A7" w:rsidRPr="005A53F7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14:paraId="25A94B0C" w14:textId="77777777" w:rsidR="00240B45" w:rsidRPr="005A53F7" w:rsidRDefault="00240B45">
      <w:pPr>
        <w:rPr>
          <w:lang w:val="ru-RU"/>
        </w:rPr>
      </w:pPr>
    </w:p>
    <w:sectPr w:rsidR="00240B45" w:rsidRPr="005A53F7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40B45"/>
    <w:rsid w:val="0029639D"/>
    <w:rsid w:val="00326F90"/>
    <w:rsid w:val="00397B6F"/>
    <w:rsid w:val="005A53F7"/>
    <w:rsid w:val="006938C8"/>
    <w:rsid w:val="008211A7"/>
    <w:rsid w:val="0092459D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89E767"/>
  <w14:defaultImageDpi w14:val="300"/>
  <w15:docId w15:val="{4A4782F8-F609-4986-8A8A-84943C04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76E10CD-5675-48AF-A037-20FC5697E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29</Pages>
  <Words>5816</Words>
  <Characters>33157</Characters>
  <Application>Microsoft Office Word</Application>
  <DocSecurity>0</DocSecurity>
  <Lines>276</Lines>
  <Paragraphs>77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38896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Учетная запись Майкрософт</cp:lastModifiedBy>
  <cp:revision>3</cp:revision>
  <dcterms:created xsi:type="dcterms:W3CDTF">2022-09-02T16:34:00Z</dcterms:created>
  <dcterms:modified xsi:type="dcterms:W3CDTF">2022-09-02T16:37:00Z</dcterms:modified>
  <cp:category/>
</cp:coreProperties>
</file>